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District Courts, Chandigarh: Zoom links (from Drive)</w:t>
      </w:r>
    </w:p>
    <w:p>
      <w:r>
        <w:t>Master Legal Work, Advocate Gagandeep Goel · masterlegalwork.com · Last verified 10 October 2026 · Next verification by 10 November 2026 (monthly), or earlier when new information arrives</w:t>
      </w:r>
    </w:p>
    <w:p>
      <w:r>
        <w:rPr>
          <w:i/>
        </w:rPr>
        <w:t>Please note: Collected from official public websites for convenience only; please verify on the linked official source. Master Legal Work accepts no liability for errors or changes at source.</w:t>
      </w:r>
    </w:p>
    <w:p>
      <w:r>
        <w:t>Zoom details are not in the official VC list (which gives Google Meet links); they come from Drive file "Chandigarh VC Links.xlsx" (ID 1ZVPD95uAhMg1lPr-NeRAYAmhOEDRSNzC), matched to the official list by the same Google Meet link.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812"/>
        <w:gridCol w:w="3812"/>
        <w:gridCol w:w="3812"/>
        <w:gridCol w:w="3812"/>
      </w:tblGrid>
      <w:tr>
        <w:tc>
          <w:tcPr>
            <w:tcW w:type="dxa" w:w="3812"/>
          </w:tcPr>
          <w:p>
            <w:r>
              <w:t>Court</w:t>
            </w:r>
          </w:p>
        </w:tc>
        <w:tc>
          <w:tcPr>
            <w:tcW w:type="dxa" w:w="3812"/>
          </w:tcPr>
          <w:p>
            <w:r>
              <w:t>Zoom link</w:t>
            </w:r>
          </w:p>
        </w:tc>
        <w:tc>
          <w:tcPr>
            <w:tcW w:type="dxa" w:w="3812"/>
          </w:tcPr>
          <w:p>
            <w:r>
              <w:t>Meeting ID</w:t>
            </w:r>
          </w:p>
        </w:tc>
        <w:tc>
          <w:tcPr>
            <w:tcW w:type="dxa" w:w="3812"/>
          </w:tcPr>
          <w:p>
            <w:r>
              <w:t>Passcode</w:t>
            </w:r>
          </w:p>
        </w:tc>
      </w:tr>
      <w:tr>
        <w:tc>
          <w:tcPr>
            <w:tcW w:type="dxa" w:w="3812"/>
          </w:tcPr>
          <w:p>
            <w:r>
              <w:t>District &amp; Sessions Judge</w:t>
            </w:r>
          </w:p>
        </w:tc>
        <w:tc>
          <w:tcPr>
            <w:tcW w:type="dxa" w:w="3812"/>
          </w:tcPr>
          <w:p>
            <w:r/>
            <w:hyperlink r:id="rId9">
              <w:r>
                <w:rPr>
                  <w:color w:val="806632"/>
                  <w:u w:val="single"/>
                </w:rPr>
                <w:t xml:space="preserve">https://us05web.zoom.us/j/4820639583?pwd=uMW6cPX9MU6zvJTbuc619jpvzfEvgQ.1</w:t>
              </w:r>
            </w:hyperlink>
          </w:p>
        </w:tc>
        <w:tc>
          <w:tcPr>
            <w:tcW w:type="dxa" w:w="3812"/>
          </w:tcPr>
          <w:p>
            <w:r>
              <w:t>482 063 9583</w:t>
            </w:r>
          </w:p>
        </w:tc>
        <w:tc>
          <w:tcPr>
            <w:tcW w:type="dxa" w:w="3812"/>
          </w:tcPr>
          <w:p>
            <w:r>
              <w:t>Y09GR2</w:t>
            </w:r>
          </w:p>
        </w:tc>
      </w:tr>
      <w:tr>
        <w:tc>
          <w:tcPr>
            <w:tcW w:type="dxa" w:w="3812"/>
          </w:tcPr>
          <w:p>
            <w:r>
              <w:t>Addl. District &amp; Sessions Judge</w:t>
            </w:r>
          </w:p>
        </w:tc>
        <w:tc>
          <w:tcPr>
            <w:tcW w:type="dxa" w:w="3812"/>
          </w:tcPr>
          <w:p>
            <w:r/>
            <w:hyperlink r:id="rId10">
              <w:r>
                <w:rPr>
                  <w:color w:val="806632"/>
                  <w:u w:val="single"/>
                </w:rPr>
                <w:t xml:space="preserve">https://us05web.zoom.us/j/5024649085?pwd=2b0xybGIWhMwg6av0r3T97zsaIb5Zm.1</w:t>
              </w:r>
            </w:hyperlink>
          </w:p>
        </w:tc>
        <w:tc>
          <w:tcPr>
            <w:tcW w:type="dxa" w:w="3812"/>
          </w:tcPr>
          <w:p>
            <w:r>
              <w:t>502 464 9085</w:t>
            </w:r>
          </w:p>
        </w:tc>
        <w:tc>
          <w:tcPr>
            <w:tcW w:type="dxa" w:w="3812"/>
          </w:tcPr>
          <w:p>
            <w:r>
              <w:t>1u9fE1</w:t>
            </w:r>
          </w:p>
        </w:tc>
      </w:tr>
      <w:tr>
        <w:tc>
          <w:tcPr>
            <w:tcW w:type="dxa" w:w="3812"/>
          </w:tcPr>
          <w:p>
            <w:r>
              <w:t>Addl. District &amp; Sessions Judge (Fast Track Spl. Court, POCSO)</w:t>
            </w:r>
          </w:p>
        </w:tc>
        <w:tc>
          <w:tcPr>
            <w:tcW w:type="dxa" w:w="3812"/>
          </w:tcPr>
          <w:p>
            <w:r/>
            <w:hyperlink r:id="rId11">
              <w:r>
                <w:rPr>
                  <w:color w:val="806632"/>
                  <w:u w:val="single"/>
                </w:rPr>
                <w:t xml:space="preserve">https://us05web.zoom.us/j/9898205254?pwd=NNXbNt41SGQ2xIni73LBuIbambZWLl.1</w:t>
              </w:r>
            </w:hyperlink>
          </w:p>
        </w:tc>
        <w:tc>
          <w:tcPr>
            <w:tcW w:type="dxa" w:w="3812"/>
          </w:tcPr>
          <w:p>
            <w:r>
              <w:t>989 820 5254</w:t>
            </w:r>
          </w:p>
        </w:tc>
        <w:tc>
          <w:tcPr>
            <w:tcW w:type="dxa" w:w="3812"/>
          </w:tcPr>
          <w:p>
            <w:r>
              <w:t>7zxpHP</w:t>
            </w:r>
          </w:p>
        </w:tc>
      </w:tr>
      <w:tr>
        <w:tc>
          <w:tcPr>
            <w:tcW w:type="dxa" w:w="3812"/>
          </w:tcPr>
          <w:p>
            <w:r>
              <w:t>Addl. District &amp; Sessions Judge</w:t>
            </w:r>
          </w:p>
        </w:tc>
        <w:tc>
          <w:tcPr>
            <w:tcW w:type="dxa" w:w="3812"/>
          </w:tcPr>
          <w:p>
            <w:r/>
            <w:hyperlink r:id="rId12">
              <w:r>
                <w:rPr>
                  <w:color w:val="806632"/>
                  <w:u w:val="single"/>
                </w:rPr>
                <w:t xml:space="preserve">https://us05web.zoom.us/j/8047845874?pwd=BSiDzgYHbGyqFWulXfOV8SfvFZeQ18.1</w:t>
              </w:r>
            </w:hyperlink>
          </w:p>
        </w:tc>
        <w:tc>
          <w:tcPr>
            <w:tcW w:type="dxa" w:w="3812"/>
          </w:tcPr>
          <w:p>
            <w:r>
              <w:t>804 784 5874</w:t>
            </w:r>
          </w:p>
        </w:tc>
        <w:tc>
          <w:tcPr>
            <w:tcW w:type="dxa" w:w="3812"/>
          </w:tcPr>
          <w:p>
            <w:r>
              <w:t>0nDC3H</w:t>
            </w:r>
          </w:p>
        </w:tc>
      </w:tr>
      <w:tr>
        <w:tc>
          <w:tcPr>
            <w:tcW w:type="dxa" w:w="3812"/>
          </w:tcPr>
          <w:p>
            <w:r>
              <w:t>Special Judge, NDPS Court</w:t>
            </w:r>
          </w:p>
        </w:tc>
        <w:tc>
          <w:tcPr>
            <w:tcW w:type="dxa" w:w="3812"/>
          </w:tcPr>
          <w:p>
            <w:r/>
            <w:hyperlink r:id="rId13">
              <w:r>
                <w:rPr>
                  <w:color w:val="806632"/>
                  <w:u w:val="single"/>
                </w:rPr>
                <w:t xml:space="preserve">https://us05web.zoom.us/j/5234670717?pwd=8FvBajthvbLReqtO3UbsdY38rxzh5b.1</w:t>
              </w:r>
            </w:hyperlink>
          </w:p>
        </w:tc>
        <w:tc>
          <w:tcPr>
            <w:tcW w:type="dxa" w:w="3812"/>
          </w:tcPr>
          <w:p>
            <w:r>
              <w:t>523 467 0717</w:t>
            </w:r>
          </w:p>
        </w:tc>
        <w:tc>
          <w:tcPr>
            <w:tcW w:type="dxa" w:w="3812"/>
          </w:tcPr>
          <w:p>
            <w:r>
              <w:t>H9yRPy</w:t>
            </w:r>
          </w:p>
        </w:tc>
      </w:tr>
      <w:tr>
        <w:tc>
          <w:tcPr>
            <w:tcW w:type="dxa" w:w="3812"/>
          </w:tcPr>
          <w:p>
            <w:r>
              <w:t>Addl. District &amp; Sessions Judge</w:t>
            </w:r>
          </w:p>
        </w:tc>
        <w:tc>
          <w:tcPr>
            <w:tcW w:type="dxa" w:w="3812"/>
          </w:tcPr>
          <w:p>
            <w:r/>
            <w:hyperlink r:id="rId14">
              <w:r>
                <w:rPr>
                  <w:color w:val="806632"/>
                  <w:u w:val="single"/>
                </w:rPr>
                <w:t xml:space="preserve">https://us05web.zoom.us/j/4408003854?pwd=rXPIuhdL9W5ohNH2FR03Nd0DCkcn9L.1</w:t>
              </w:r>
            </w:hyperlink>
          </w:p>
        </w:tc>
        <w:tc>
          <w:tcPr>
            <w:tcW w:type="dxa" w:w="3812"/>
          </w:tcPr>
          <w:p>
            <w:r>
              <w:t>440 800 3854</w:t>
            </w:r>
          </w:p>
        </w:tc>
        <w:tc>
          <w:tcPr>
            <w:tcW w:type="dxa" w:w="3812"/>
          </w:tcPr>
          <w:p>
            <w:r>
              <w:t>4QjeG6</w:t>
            </w:r>
          </w:p>
        </w:tc>
      </w:tr>
      <w:tr>
        <w:tc>
          <w:tcPr>
            <w:tcW w:type="dxa" w:w="3812"/>
          </w:tcPr>
          <w:p>
            <w:r>
              <w:t>Chief Judicial Magistrate</w:t>
            </w:r>
          </w:p>
        </w:tc>
        <w:tc>
          <w:tcPr>
            <w:tcW w:type="dxa" w:w="3812"/>
          </w:tcPr>
          <w:p>
            <w:r/>
            <w:hyperlink r:id="rId15">
              <w:r>
                <w:rPr>
                  <w:color w:val="806632"/>
                  <w:u w:val="single"/>
                </w:rPr>
                <w:t xml:space="preserve">https://us05web.zoom.us/j/8989580635?pwd=spZe7W8oIgc1POCdR2QOdps1FjbJ79.1</w:t>
              </w:r>
            </w:hyperlink>
          </w:p>
        </w:tc>
        <w:tc>
          <w:tcPr>
            <w:tcW w:type="dxa" w:w="3812"/>
          </w:tcPr>
          <w:p>
            <w:r>
              <w:t>898 958 0635</w:t>
            </w:r>
          </w:p>
        </w:tc>
        <w:tc>
          <w:tcPr>
            <w:tcW w:type="dxa" w:w="3812"/>
          </w:tcPr>
          <w:p>
            <w:r>
              <w:t>U7MmDf</w:t>
            </w:r>
          </w:p>
        </w:tc>
      </w:tr>
      <w:tr>
        <w:tc>
          <w:tcPr>
            <w:tcW w:type="dxa" w:w="3812"/>
          </w:tcPr>
          <w:p>
            <w:r>
              <w:t>Addl. Chief Judicial Magistrate</w:t>
            </w:r>
          </w:p>
        </w:tc>
        <w:tc>
          <w:tcPr>
            <w:tcW w:type="dxa" w:w="3812"/>
          </w:tcPr>
          <w:p>
            <w:r/>
            <w:hyperlink r:id="rId16">
              <w:r>
                <w:rPr>
                  <w:color w:val="806632"/>
                  <w:u w:val="single"/>
                </w:rPr>
                <w:t xml:space="preserve">https://us05web.zoom.us/j/6208161422?pwd=49quK3h8g2u905d6XpsKm832gGL4Uq.1</w:t>
              </w:r>
            </w:hyperlink>
          </w:p>
        </w:tc>
        <w:tc>
          <w:tcPr>
            <w:tcW w:type="dxa" w:w="3812"/>
          </w:tcPr>
          <w:p>
            <w:r>
              <w:t>620 816 1422</w:t>
            </w:r>
          </w:p>
        </w:tc>
        <w:tc>
          <w:tcPr>
            <w:tcW w:type="dxa" w:w="3812"/>
          </w:tcPr>
          <w:p>
            <w:r>
              <w:t>g91gU4</w:t>
            </w:r>
          </w:p>
        </w:tc>
      </w:tr>
      <w:tr>
        <w:tc>
          <w:tcPr>
            <w:tcW w:type="dxa" w:w="3812"/>
          </w:tcPr>
          <w:p>
            <w:r>
              <w:t>Principal Magistrate, Juvenile Justice Board</w:t>
            </w:r>
          </w:p>
        </w:tc>
        <w:tc>
          <w:tcPr>
            <w:tcW w:type="dxa" w:w="3812"/>
          </w:tcPr>
          <w:p>
            <w:r/>
            <w:hyperlink r:id="rId17">
              <w:r>
                <w:rPr>
                  <w:color w:val="806632"/>
                  <w:u w:val="single"/>
                </w:rPr>
                <w:t xml:space="preserve">https://us05web.zoom.us/j/2642134715?pwd=SXbumjaLVbZbUU6uQKTlUOwp5WUm51.1</w:t>
              </w:r>
            </w:hyperlink>
          </w:p>
        </w:tc>
        <w:tc>
          <w:tcPr>
            <w:tcW w:type="dxa" w:w="3812"/>
          </w:tcPr>
          <w:p>
            <w:r>
              <w:t>264 213 4715</w:t>
            </w:r>
          </w:p>
        </w:tc>
        <w:tc>
          <w:tcPr>
            <w:tcW w:type="dxa" w:w="3812"/>
          </w:tcPr>
          <w:p>
            <w:r>
              <w:t>EXaE3u</w:t>
            </w:r>
          </w:p>
        </w:tc>
      </w:tr>
      <w:tr>
        <w:tc>
          <w:tcPr>
            <w:tcW w:type="dxa" w:w="3812"/>
          </w:tcPr>
          <w:p>
            <w:r>
              <w:t>Judicial Magistrate 1st Class</w:t>
            </w:r>
          </w:p>
        </w:tc>
        <w:tc>
          <w:tcPr>
            <w:tcW w:type="dxa" w:w="3812"/>
          </w:tcPr>
          <w:p>
            <w:r/>
            <w:hyperlink r:id="rId18">
              <w:r>
                <w:rPr>
                  <w:color w:val="806632"/>
                  <w:u w:val="single"/>
                </w:rPr>
                <w:t xml:space="preserve">https://us05web.zoom.us/j/7475742291?pwd=6sikBpt9RqlofaEVbfOGva3NDsjAot.1</w:t>
              </w:r>
            </w:hyperlink>
          </w:p>
        </w:tc>
        <w:tc>
          <w:tcPr>
            <w:tcW w:type="dxa" w:w="3812"/>
          </w:tcPr>
          <w:p>
            <w:r>
              <w:t>747 574 2291</w:t>
            </w:r>
          </w:p>
        </w:tc>
        <w:tc>
          <w:tcPr>
            <w:tcW w:type="dxa" w:w="3812"/>
          </w:tcPr>
          <w:p>
            <w:r>
              <w:t>MqT5nu</w:t>
            </w:r>
          </w:p>
        </w:tc>
      </w:tr>
      <w:tr>
        <w:tc>
          <w:tcPr>
            <w:tcW w:type="dxa" w:w="3812"/>
          </w:tcPr>
          <w:p>
            <w:r>
              <w:t>Judicial Magistrate 1st Class</w:t>
            </w:r>
          </w:p>
        </w:tc>
        <w:tc>
          <w:tcPr>
            <w:tcW w:type="dxa" w:w="3812"/>
          </w:tcPr>
          <w:p>
            <w:r/>
            <w:hyperlink r:id="rId19">
              <w:r>
                <w:rPr>
                  <w:color w:val="806632"/>
                  <w:u w:val="single"/>
                </w:rPr>
                <w:t xml:space="preserve">https://us05web.zoom.us/j/3816725353?pwd=B7F4Mrxfw9r9LoentCHRaifYiJwb43.1</w:t>
              </w:r>
            </w:hyperlink>
          </w:p>
        </w:tc>
        <w:tc>
          <w:tcPr>
            <w:tcW w:type="dxa" w:w="3812"/>
          </w:tcPr>
          <w:p>
            <w:r>
              <w:t>381 672 5353</w:t>
            </w:r>
          </w:p>
        </w:tc>
        <w:tc>
          <w:tcPr>
            <w:tcW w:type="dxa" w:w="3812"/>
          </w:tcPr>
          <w:p>
            <w:r>
              <w:t>iZ5SE7</w:t>
            </w:r>
          </w:p>
        </w:tc>
      </w:tr>
      <w:tr>
        <w:tc>
          <w:tcPr>
            <w:tcW w:type="dxa" w:w="3812"/>
          </w:tcPr>
          <w:p>
            <w:r>
              <w:t>Judicial Magistrate 1st Class</w:t>
            </w:r>
          </w:p>
        </w:tc>
        <w:tc>
          <w:tcPr>
            <w:tcW w:type="dxa" w:w="3812"/>
          </w:tcPr>
          <w:p>
            <w:r/>
            <w:hyperlink r:id="rId20">
              <w:r>
                <w:rPr>
                  <w:color w:val="806632"/>
                  <w:u w:val="single"/>
                </w:rPr>
                <w:t xml:space="preserve">https://us05web.zoom.us/j/8250712325?pwd=e6aGtDjtuREHkvSyZTsIP494hEW1Ju.1</w:t>
              </w:r>
            </w:hyperlink>
          </w:p>
        </w:tc>
        <w:tc>
          <w:tcPr>
            <w:tcW w:type="dxa" w:w="3812"/>
          </w:tcPr>
          <w:p>
            <w:r>
              <w:t>825 071 2325</w:t>
            </w:r>
          </w:p>
        </w:tc>
        <w:tc>
          <w:tcPr>
            <w:tcW w:type="dxa" w:w="3812"/>
          </w:tcPr>
          <w:p>
            <w:r>
              <w:t>Wf0vcu</w:t>
            </w:r>
          </w:p>
        </w:tc>
      </w:tr>
      <w:tr>
        <w:tc>
          <w:tcPr>
            <w:tcW w:type="dxa" w:w="3812"/>
          </w:tcPr>
          <w:p>
            <w:r>
              <w:t>Judicial Magistrate 1st Class</w:t>
            </w:r>
          </w:p>
        </w:tc>
        <w:tc>
          <w:tcPr>
            <w:tcW w:type="dxa" w:w="3812"/>
          </w:tcPr>
          <w:p>
            <w:r/>
            <w:hyperlink r:id="rId21">
              <w:r>
                <w:rPr>
                  <w:color w:val="806632"/>
                  <w:u w:val="single"/>
                </w:rPr>
                <w:t xml:space="preserve">https://us05web.zoom.us/j/2516917678?pwd=zNRchsohAd6bHmLK41hmoURVV0KVLk.1</w:t>
              </w:r>
            </w:hyperlink>
          </w:p>
        </w:tc>
        <w:tc>
          <w:tcPr>
            <w:tcW w:type="dxa" w:w="3812"/>
          </w:tcPr>
          <w:p>
            <w:r>
              <w:t>251 691 7678</w:t>
            </w:r>
          </w:p>
        </w:tc>
        <w:tc>
          <w:tcPr>
            <w:tcW w:type="dxa" w:w="3812"/>
          </w:tcPr>
          <w:p>
            <w:r>
              <w:t>vRscR2</w:t>
            </w:r>
          </w:p>
        </w:tc>
      </w:tr>
      <w:tr>
        <w:tc>
          <w:tcPr>
            <w:tcW w:type="dxa" w:w="3812"/>
          </w:tcPr>
          <w:p>
            <w:r>
              <w:t>Exclusive Court, s.138 N.I. Act</w:t>
            </w:r>
          </w:p>
        </w:tc>
        <w:tc>
          <w:tcPr>
            <w:tcW w:type="dxa" w:w="3812"/>
          </w:tcPr>
          <w:p>
            <w:r/>
            <w:hyperlink r:id="rId22">
              <w:r>
                <w:rPr>
                  <w:color w:val="806632"/>
                  <w:u w:val="single"/>
                </w:rPr>
                <w:t xml:space="preserve">https://us05web.zoom.us/j/5558193222?pwd=RmGLTaOIUrwOaRsWnSL6ADAJOgonxN.1</w:t>
              </w:r>
            </w:hyperlink>
          </w:p>
        </w:tc>
        <w:tc>
          <w:tcPr>
            <w:tcW w:type="dxa" w:w="3812"/>
          </w:tcPr>
          <w:p>
            <w:r>
              <w:t>555 819 3222</w:t>
            </w:r>
          </w:p>
        </w:tc>
        <w:tc>
          <w:tcPr>
            <w:tcW w:type="dxa" w:w="3812"/>
          </w:tcPr>
          <w:p>
            <w:r>
              <w:t>34pHpr</w:t>
            </w:r>
          </w:p>
        </w:tc>
      </w:tr>
    </w:tbl>
    <w:sectPr w:rsidR="00FC693F" w:rsidRPr="0006063C" w:rsidSect="00034616">
      <w:pgSz w:w="16838" w:h="11906" w:orient="landscape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us05web.zoom.us/j/4820639583?pwd=uMW6cPX9MU6zvJTbuc619jpvzfEvgQ.1" TargetMode="External"/><Relationship Id="rId10" Type="http://schemas.openxmlformats.org/officeDocument/2006/relationships/hyperlink" Target="https://us05web.zoom.us/j/5024649085?pwd=2b0xybGIWhMwg6av0r3T97zsaIb5Zm.1" TargetMode="External"/><Relationship Id="rId11" Type="http://schemas.openxmlformats.org/officeDocument/2006/relationships/hyperlink" Target="https://us05web.zoom.us/j/9898205254?pwd=NNXbNt41SGQ2xIni73LBuIbambZWLl.1" TargetMode="External"/><Relationship Id="rId12" Type="http://schemas.openxmlformats.org/officeDocument/2006/relationships/hyperlink" Target="https://us05web.zoom.us/j/8047845874?pwd=BSiDzgYHbGyqFWulXfOV8SfvFZeQ18.1" TargetMode="External"/><Relationship Id="rId13" Type="http://schemas.openxmlformats.org/officeDocument/2006/relationships/hyperlink" Target="https://us05web.zoom.us/j/5234670717?pwd=8FvBajthvbLReqtO3UbsdY38rxzh5b.1" TargetMode="External"/><Relationship Id="rId14" Type="http://schemas.openxmlformats.org/officeDocument/2006/relationships/hyperlink" Target="https://us05web.zoom.us/j/4408003854?pwd=rXPIuhdL9W5ohNH2FR03Nd0DCkcn9L.1" TargetMode="External"/><Relationship Id="rId15" Type="http://schemas.openxmlformats.org/officeDocument/2006/relationships/hyperlink" Target="https://us05web.zoom.us/j/8989580635?pwd=spZe7W8oIgc1POCdR2QOdps1FjbJ79.1" TargetMode="External"/><Relationship Id="rId16" Type="http://schemas.openxmlformats.org/officeDocument/2006/relationships/hyperlink" Target="https://us05web.zoom.us/j/6208161422?pwd=49quK3h8g2u905d6XpsKm832gGL4Uq.1" TargetMode="External"/><Relationship Id="rId17" Type="http://schemas.openxmlformats.org/officeDocument/2006/relationships/hyperlink" Target="https://us05web.zoom.us/j/2642134715?pwd=SXbumjaLVbZbUU6uQKTlUOwp5WUm51.1" TargetMode="External"/><Relationship Id="rId18" Type="http://schemas.openxmlformats.org/officeDocument/2006/relationships/hyperlink" Target="https://us05web.zoom.us/j/7475742291?pwd=6sikBpt9RqlofaEVbfOGva3NDsjAot.1" TargetMode="External"/><Relationship Id="rId19" Type="http://schemas.openxmlformats.org/officeDocument/2006/relationships/hyperlink" Target="https://us05web.zoom.us/j/3816725353?pwd=B7F4Mrxfw9r9LoentCHRaifYiJwb43.1" TargetMode="External"/><Relationship Id="rId20" Type="http://schemas.openxmlformats.org/officeDocument/2006/relationships/hyperlink" Target="https://us05web.zoom.us/j/8250712325?pwd=e6aGtDjtuREHkvSyZTsIP494hEW1Ju.1" TargetMode="External"/><Relationship Id="rId21" Type="http://schemas.openxmlformats.org/officeDocument/2006/relationships/hyperlink" Target="https://us05web.zoom.us/j/2516917678?pwd=zNRchsohAd6bHmLK41hmoURVV0KVLk.1" TargetMode="External"/><Relationship Id="rId22" Type="http://schemas.openxmlformats.org/officeDocument/2006/relationships/hyperlink" Target="https://us05web.zoom.us/j/5558193222?pwd=RmGLTaOIUrwOaRsWnSL6ADAJOgonxN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