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P&amp;H High Court: court-room Zoom links and Meeting IDs (Hybrid VC System)</w:t>
      </w:r>
    </w:p>
    <w:p>
      <w:r>
        <w:t>Master Legal Work, Advocate Gagandeep Goel · masterlegalwork.com · Last verified 10 October 2026 · Next verification by 10 November 2026 (monthly), or earlier when new information arrives</w:t>
      </w:r>
    </w:p>
    <w:p>
      <w:r>
        <w:rPr>
          <w:i/>
        </w:rPr>
        <w:t>Please note: Collected from official public websites for convenience only; please verify on the linked official source. Master Legal Work accepts no liability for errors or changes at source.</w:t>
      </w:r>
    </w:p>
    <w:p>
      <w:r>
        <w:t>From Drive file "2025_09_17_o_m.pdf" (ID 1RXO6TaRLgdyiDWAS2rIwoFlJX8pe0rbH); judges as per the High Court sitting roster for 12.10.2026 (https://new.phhc.gov.in/sitting-roster). The High Court website has no per-court-room link page. Request the VC link on https://new.phhc.gov.in/video-conference by 9:00 AM on the date of listing.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050"/>
        <w:gridCol w:w="3050"/>
        <w:gridCol w:w="3050"/>
        <w:gridCol w:w="3050"/>
        <w:gridCol w:w="3050"/>
      </w:tblGrid>
      <w:tr>
        <w:tc>
          <w:tcPr>
            <w:tcW w:type="dxa" w:w="3050"/>
          </w:tcPr>
          <w:p>
            <w:r>
              <w:t>Court room</w:t>
            </w:r>
          </w:p>
        </w:tc>
        <w:tc>
          <w:tcPr>
            <w:tcW w:type="dxa" w:w="3050"/>
          </w:tcPr>
          <w:p>
            <w:r>
              <w:t>Judge (roster 12.10.2026)</w:t>
            </w:r>
          </w:p>
        </w:tc>
        <w:tc>
          <w:tcPr>
            <w:tcW w:type="dxa" w:w="3050"/>
          </w:tcPr>
          <w:p>
            <w:r>
              <w:t>Zoom link</w:t>
            </w:r>
          </w:p>
        </w:tc>
        <w:tc>
          <w:tcPr>
            <w:tcW w:type="dxa" w:w="3050"/>
          </w:tcPr>
          <w:p>
            <w:r>
              <w:t>Meeting ID</w:t>
            </w:r>
          </w:p>
        </w:tc>
        <w:tc>
          <w:tcPr>
            <w:tcW w:type="dxa" w:w="3050"/>
          </w:tcPr>
          <w:p>
            <w:r>
              <w:t>Note</w:t>
            </w:r>
          </w:p>
        </w:tc>
      </w:tr>
      <w:tr>
        <w:tc>
          <w:tcPr>
            <w:tcW w:type="dxa" w:w="3050"/>
          </w:tcPr>
          <w:p>
            <w:r>
              <w:t>1</w:t>
            </w:r>
          </w:p>
        </w:tc>
        <w:tc>
          <w:tcPr>
            <w:tcW w:type="dxa" w:w="3050"/>
          </w:tcPr>
          <w:p>
            <w:r>
              <w:t>Hon'ble The Chief Justice (Division Bench D-I)</w:t>
            </w:r>
          </w:p>
        </w:tc>
        <w:tc>
          <w:tcPr>
            <w:tcW w:type="dxa" w:w="3050"/>
          </w:tcPr>
          <w:p>
            <w:r/>
            <w:hyperlink r:id="rId9">
              <w:r>
                <w:rPr>
                  <w:color w:val="806632"/>
                  <w:u w:val="single"/>
                </w:rPr>
                <w:t xml:space="preserve">https://zoom.us/my/vcphhc01</w:t>
              </w:r>
            </w:hyperlink>
          </w:p>
        </w:tc>
        <w:tc>
          <w:tcPr>
            <w:tcW w:type="dxa" w:w="3050"/>
          </w:tcPr>
          <w:p>
            <w:r>
              <w:t>383 029 6344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2</w:t>
            </w:r>
          </w:p>
        </w:tc>
        <w:tc>
          <w:tcPr>
            <w:tcW w:type="dxa" w:w="3050"/>
          </w:tcPr>
          <w:p>
            <w:r>
              <w:t>Hon'ble Mr. Justice Deepak Sibal (Division Bench D-II)</w:t>
            </w:r>
          </w:p>
        </w:tc>
        <w:tc>
          <w:tcPr>
            <w:tcW w:type="dxa" w:w="3050"/>
          </w:tcPr>
          <w:p>
            <w:r/>
            <w:hyperlink r:id="rId10">
              <w:r>
                <w:rPr>
                  <w:color w:val="806632"/>
                  <w:u w:val="single"/>
                </w:rPr>
                <w:t xml:space="preserve">https://zoom.us/my/vcphhc02</w:t>
              </w:r>
            </w:hyperlink>
          </w:p>
        </w:tc>
        <w:tc>
          <w:tcPr>
            <w:tcW w:type="dxa" w:w="3050"/>
          </w:tcPr>
          <w:p>
            <w:r>
              <w:t>682 434 3859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3</w:t>
            </w:r>
          </w:p>
        </w:tc>
        <w:tc>
          <w:tcPr>
            <w:tcW w:type="dxa" w:w="3050"/>
          </w:tcPr>
          <w:p>
            <w:r>
              <w:t>Hon'ble Mr. Justice Suvir Sehgal (Division Bench D-V)</w:t>
            </w:r>
          </w:p>
        </w:tc>
        <w:tc>
          <w:tcPr>
            <w:tcW w:type="dxa" w:w="3050"/>
          </w:tcPr>
          <w:p>
            <w:r/>
            <w:hyperlink r:id="rId11">
              <w:r>
                <w:rPr>
                  <w:color w:val="806632"/>
                  <w:u w:val="single"/>
                </w:rPr>
                <w:t xml:space="preserve">https://zoom.us/my/vcphhc03</w:t>
              </w:r>
            </w:hyperlink>
          </w:p>
        </w:tc>
        <w:tc>
          <w:tcPr>
            <w:tcW w:type="dxa" w:w="3050"/>
          </w:tcPr>
          <w:p>
            <w:r>
              <w:t>802 684 2518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4</w:t>
            </w:r>
          </w:p>
        </w:tc>
        <w:tc>
          <w:tcPr>
            <w:tcW w:type="dxa" w:w="3050"/>
          </w:tcPr>
          <w:p>
            <w:r>
              <w:t>No sitting listed for this date</w:t>
            </w:r>
          </w:p>
        </w:tc>
        <w:tc>
          <w:tcPr>
            <w:tcW w:type="dxa" w:w="3050"/>
          </w:tcPr>
          <w:p>
            <w:r/>
            <w:hyperlink r:id="rId12">
              <w:r>
                <w:rPr>
                  <w:color w:val="806632"/>
                  <w:u w:val="single"/>
                </w:rPr>
                <w:t xml:space="preserve">https://zoom.us/my/vcphhc04</w:t>
              </w:r>
            </w:hyperlink>
          </w:p>
        </w:tc>
        <w:tc>
          <w:tcPr>
            <w:tcW w:type="dxa" w:w="3050"/>
          </w:tcPr>
          <w:p>
            <w:r>
              <w:t>835 308 1950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5</w:t>
            </w:r>
          </w:p>
        </w:tc>
        <w:tc>
          <w:tcPr>
            <w:tcW w:type="dxa" w:w="3050"/>
          </w:tcPr>
          <w:p>
            <w:r>
              <w:t>Hon'ble Mr. Justice Anoop Chitkara (Division Bench D-IV)</w:t>
            </w:r>
          </w:p>
        </w:tc>
        <w:tc>
          <w:tcPr>
            <w:tcW w:type="dxa" w:w="3050"/>
          </w:tcPr>
          <w:p>
            <w:r/>
            <w:hyperlink r:id="rId13">
              <w:r>
                <w:rPr>
                  <w:color w:val="806632"/>
                  <w:u w:val="single"/>
                </w:rPr>
                <w:t xml:space="preserve">https://zoom.us/j/4505360549</w:t>
              </w:r>
            </w:hyperlink>
          </w:p>
        </w:tc>
        <w:tc>
          <w:tcPr>
            <w:tcW w:type="dxa" w:w="3050"/>
          </w:tcPr>
          <w:p>
            <w:r>
              <w:t>450 536 0549</w:t>
            </w:r>
          </w:p>
        </w:tc>
        <w:tc>
          <w:tcPr>
            <w:tcW w:type="dxa" w:w="3050"/>
          </w:tcPr>
          <w:p>
            <w:r>
              <w:t>Court room not in the Drive list; Meeting ID taken from the HC sitting roster.</w:t>
            </w:r>
          </w:p>
        </w:tc>
      </w:tr>
      <w:tr>
        <w:tc>
          <w:tcPr>
            <w:tcW w:type="dxa" w:w="3050"/>
          </w:tcPr>
          <w:p>
            <w:r>
              <w:t>6</w:t>
            </w:r>
          </w:p>
        </w:tc>
        <w:tc>
          <w:tcPr>
            <w:tcW w:type="dxa" w:w="3050"/>
          </w:tcPr>
          <w:p>
            <w:r>
              <w:t>Hon'ble Ms. Justice Alka Sarin (Division Bench D-VI)</w:t>
            </w:r>
          </w:p>
        </w:tc>
        <w:tc>
          <w:tcPr>
            <w:tcW w:type="dxa" w:w="3050"/>
          </w:tcPr>
          <w:p>
            <w:r/>
            <w:hyperlink r:id="rId14">
              <w:r>
                <w:rPr>
                  <w:color w:val="806632"/>
                  <w:u w:val="single"/>
                </w:rPr>
                <w:t xml:space="preserve">https://zoom.us/my/vcphhc06</w:t>
              </w:r>
            </w:hyperlink>
          </w:p>
        </w:tc>
        <w:tc>
          <w:tcPr>
            <w:tcW w:type="dxa" w:w="3050"/>
          </w:tcPr>
          <w:p>
            <w:r>
              <w:t>726 597 8601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7</w:t>
            </w:r>
          </w:p>
        </w:tc>
        <w:tc>
          <w:tcPr>
            <w:tcW w:type="dxa" w:w="3050"/>
          </w:tcPr>
          <w:p>
            <w:r>
              <w:t>Hon'ble Mr. Justice Jasgurpreet Singh Puri (Division Bench D-VII)</w:t>
            </w:r>
          </w:p>
        </w:tc>
        <w:tc>
          <w:tcPr>
            <w:tcW w:type="dxa" w:w="3050"/>
          </w:tcPr>
          <w:p>
            <w:r/>
            <w:hyperlink r:id="rId15">
              <w:r>
                <w:rPr>
                  <w:color w:val="806632"/>
                  <w:u w:val="single"/>
                </w:rPr>
                <w:t xml:space="preserve">https://zoom.us/my/vcphhc07</w:t>
              </w:r>
            </w:hyperlink>
          </w:p>
        </w:tc>
        <w:tc>
          <w:tcPr>
            <w:tcW w:type="dxa" w:w="3050"/>
          </w:tcPr>
          <w:p>
            <w:r>
              <w:t>875 839 8656</w:t>
            </w:r>
          </w:p>
        </w:tc>
        <w:tc>
          <w:tcPr>
            <w:tcW w:type="dxa" w:w="3050"/>
          </w:tcPr>
          <w:p>
            <w:r>
              <w:t>Not holding court (work distributed: CR : 2,3,5,6,8,10,15,52,62)</w:t>
            </w:r>
          </w:p>
        </w:tc>
      </w:tr>
      <w:tr>
        <w:tc>
          <w:tcPr>
            <w:tcW w:type="dxa" w:w="3050"/>
          </w:tcPr>
          <w:p>
            <w:r>
              <w:t>8</w:t>
            </w:r>
          </w:p>
        </w:tc>
        <w:tc>
          <w:tcPr>
            <w:tcW w:type="dxa" w:w="3050"/>
          </w:tcPr>
          <w:p>
            <w:r>
              <w:t>Hon'ble Ms. Justice Archana Puri (Division Bench D-VIII)</w:t>
            </w:r>
          </w:p>
        </w:tc>
        <w:tc>
          <w:tcPr>
            <w:tcW w:type="dxa" w:w="3050"/>
          </w:tcPr>
          <w:p>
            <w:r/>
            <w:hyperlink r:id="rId16">
              <w:r>
                <w:rPr>
                  <w:color w:val="806632"/>
                  <w:u w:val="single"/>
                </w:rPr>
                <w:t xml:space="preserve">https://zoom.us/my/vcphhc08</w:t>
              </w:r>
            </w:hyperlink>
          </w:p>
        </w:tc>
        <w:tc>
          <w:tcPr>
            <w:tcW w:type="dxa" w:w="3050"/>
          </w:tcPr>
          <w:p>
            <w:r>
              <w:t>359 261 6548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10</w:t>
            </w:r>
          </w:p>
        </w:tc>
        <w:tc>
          <w:tcPr>
            <w:tcW w:type="dxa" w:w="3050"/>
          </w:tcPr>
          <w:p>
            <w:r>
              <w:t>Hon'ble Mr. Justice Harsimran Singh Sethi (Division Bench D-III)</w:t>
            </w:r>
          </w:p>
        </w:tc>
        <w:tc>
          <w:tcPr>
            <w:tcW w:type="dxa" w:w="3050"/>
          </w:tcPr>
          <w:p>
            <w:r/>
            <w:hyperlink r:id="rId17">
              <w:r>
                <w:rPr>
                  <w:color w:val="806632"/>
                  <w:u w:val="single"/>
                </w:rPr>
                <w:t xml:space="preserve">https://zoom.us/my/vcphhc10</w:t>
              </w:r>
            </w:hyperlink>
          </w:p>
        </w:tc>
        <w:tc>
          <w:tcPr>
            <w:tcW w:type="dxa" w:w="3050"/>
          </w:tcPr>
          <w:p>
            <w:r>
              <w:t>202 592 4427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11</w:t>
            </w:r>
          </w:p>
        </w:tc>
        <w:tc>
          <w:tcPr>
            <w:tcW w:type="dxa" w:w="3050"/>
          </w:tcPr>
          <w:p>
            <w:r>
              <w:t>No sitting listed for this date</w:t>
            </w:r>
          </w:p>
        </w:tc>
        <w:tc>
          <w:tcPr>
            <w:tcW w:type="dxa" w:w="3050"/>
          </w:tcPr>
          <w:p>
            <w:r/>
            <w:hyperlink r:id="rId18">
              <w:r>
                <w:rPr>
                  <w:color w:val="806632"/>
                  <w:u w:val="single"/>
                </w:rPr>
                <w:t xml:space="preserve">https://zoom.us/my/vcphhc11</w:t>
              </w:r>
            </w:hyperlink>
          </w:p>
        </w:tc>
        <w:tc>
          <w:tcPr>
            <w:tcW w:type="dxa" w:w="3050"/>
          </w:tcPr>
          <w:p>
            <w:r>
              <w:t>268 658 1986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12</w:t>
            </w:r>
          </w:p>
        </w:tc>
        <w:tc>
          <w:tcPr>
            <w:tcW w:type="dxa" w:w="3050"/>
          </w:tcPr>
          <w:p>
            <w:r>
              <w:t>Hon'ble Mr. Justice Virinder Aggarwal (Criminal (single bench))</w:t>
            </w:r>
          </w:p>
        </w:tc>
        <w:tc>
          <w:tcPr>
            <w:tcW w:type="dxa" w:w="3050"/>
          </w:tcPr>
          <w:p>
            <w:r/>
            <w:hyperlink r:id="rId19">
              <w:r>
                <w:rPr>
                  <w:color w:val="806632"/>
                  <w:u w:val="single"/>
                </w:rPr>
                <w:t xml:space="preserve">https://zoom.us/my/vcphhc12</w:t>
              </w:r>
            </w:hyperlink>
          </w:p>
        </w:tc>
        <w:tc>
          <w:tcPr>
            <w:tcW w:type="dxa" w:w="3050"/>
          </w:tcPr>
          <w:p>
            <w:r>
              <w:t>297 361 4925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13</w:t>
            </w:r>
          </w:p>
        </w:tc>
        <w:tc>
          <w:tcPr>
            <w:tcW w:type="dxa" w:w="3050"/>
          </w:tcPr>
          <w:p>
            <w:r>
              <w:t>Hon'ble Mr. Justice Tribhuvan Dahiya (Writ (single bench))</w:t>
            </w:r>
          </w:p>
        </w:tc>
        <w:tc>
          <w:tcPr>
            <w:tcW w:type="dxa" w:w="3050"/>
          </w:tcPr>
          <w:p>
            <w:r/>
            <w:hyperlink r:id="rId20">
              <w:r>
                <w:rPr>
                  <w:color w:val="806632"/>
                  <w:u w:val="single"/>
                </w:rPr>
                <w:t xml:space="preserve">https://zoom.us/my/vcphhc13</w:t>
              </w:r>
            </w:hyperlink>
          </w:p>
        </w:tc>
        <w:tc>
          <w:tcPr>
            <w:tcW w:type="dxa" w:w="3050"/>
          </w:tcPr>
          <w:p>
            <w:r>
              <w:t>415 698 6368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14</w:t>
            </w:r>
          </w:p>
        </w:tc>
        <w:tc>
          <w:tcPr>
            <w:tcW w:type="dxa" w:w="3050"/>
          </w:tcPr>
          <w:p>
            <w:r>
              <w:t>Hon'ble Mr. Justice Sandeep Moudgil (Writ (single bench))</w:t>
            </w:r>
          </w:p>
        </w:tc>
        <w:tc>
          <w:tcPr>
            <w:tcW w:type="dxa" w:w="3050"/>
          </w:tcPr>
          <w:p>
            <w:r/>
            <w:hyperlink r:id="rId21">
              <w:r>
                <w:rPr>
                  <w:color w:val="806632"/>
                  <w:u w:val="single"/>
                </w:rPr>
                <w:t xml:space="preserve">https://zoom.us/my/vcphhc14</w:t>
              </w:r>
            </w:hyperlink>
          </w:p>
        </w:tc>
        <w:tc>
          <w:tcPr>
            <w:tcW w:type="dxa" w:w="3050"/>
          </w:tcPr>
          <w:p>
            <w:r>
              <w:t>634 675 2612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15</w:t>
            </w:r>
          </w:p>
        </w:tc>
        <w:tc>
          <w:tcPr>
            <w:tcW w:type="dxa" w:w="3050"/>
          </w:tcPr>
          <w:p>
            <w:r>
              <w:t>Hon'ble Mr. Justice Vikas Bahl (Division Bench D-X)</w:t>
            </w:r>
          </w:p>
        </w:tc>
        <w:tc>
          <w:tcPr>
            <w:tcW w:type="dxa" w:w="3050"/>
          </w:tcPr>
          <w:p>
            <w:r/>
            <w:hyperlink r:id="rId22">
              <w:r>
                <w:rPr>
                  <w:color w:val="806632"/>
                  <w:u w:val="single"/>
                </w:rPr>
                <w:t xml:space="preserve">https://zoom.us/my/vcphhc15</w:t>
              </w:r>
            </w:hyperlink>
          </w:p>
        </w:tc>
        <w:tc>
          <w:tcPr>
            <w:tcW w:type="dxa" w:w="3050"/>
          </w:tcPr>
          <w:p>
            <w:r>
              <w:t>681 728 2813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16</w:t>
            </w:r>
          </w:p>
        </w:tc>
        <w:tc>
          <w:tcPr>
            <w:tcW w:type="dxa" w:w="3050"/>
          </w:tcPr>
          <w:p>
            <w:r>
              <w:t>Hon'ble Ms. Justice Monica Chhibber Sharma (Division Bench D-VI)</w:t>
            </w:r>
          </w:p>
        </w:tc>
        <w:tc>
          <w:tcPr>
            <w:tcW w:type="dxa" w:w="3050"/>
          </w:tcPr>
          <w:p>
            <w:r/>
            <w:hyperlink r:id="rId23">
              <w:r>
                <w:rPr>
                  <w:color w:val="806632"/>
                  <w:u w:val="single"/>
                </w:rPr>
                <w:t xml:space="preserve">https://zoom.us/my/vcphhc16</w:t>
              </w:r>
            </w:hyperlink>
          </w:p>
        </w:tc>
        <w:tc>
          <w:tcPr>
            <w:tcW w:type="dxa" w:w="3050"/>
          </w:tcPr>
          <w:p>
            <w:r>
              <w:t>820 252 5125</w:t>
            </w:r>
          </w:p>
        </w:tc>
        <w:tc>
          <w:tcPr>
            <w:tcW w:type="dxa" w:w="3050"/>
          </w:tcPr>
          <w:p>
            <w:r>
              <w:t>Not holding court (work distributed: CR : 17,21,25,29,68)</w:t>
            </w:r>
          </w:p>
        </w:tc>
      </w:tr>
      <w:tr>
        <w:tc>
          <w:tcPr>
            <w:tcW w:type="dxa" w:w="3050"/>
          </w:tcPr>
          <w:p>
            <w:r>
              <w:t>17</w:t>
            </w:r>
          </w:p>
        </w:tc>
        <w:tc>
          <w:tcPr>
            <w:tcW w:type="dxa" w:w="3050"/>
          </w:tcPr>
          <w:p>
            <w:r>
              <w:t>Hon'ble Mr. Justice Amarinder Singh Grewal (Civil (single bench))</w:t>
            </w:r>
          </w:p>
        </w:tc>
        <w:tc>
          <w:tcPr>
            <w:tcW w:type="dxa" w:w="3050"/>
          </w:tcPr>
          <w:p>
            <w:r/>
            <w:hyperlink r:id="rId24">
              <w:r>
                <w:rPr>
                  <w:color w:val="806632"/>
                  <w:u w:val="single"/>
                </w:rPr>
                <w:t xml:space="preserve">https://zoom.us/my/vcphhc17</w:t>
              </w:r>
            </w:hyperlink>
          </w:p>
        </w:tc>
        <w:tc>
          <w:tcPr>
            <w:tcW w:type="dxa" w:w="3050"/>
          </w:tcPr>
          <w:p>
            <w:r>
              <w:t>450 536 0549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18</w:t>
            </w:r>
          </w:p>
        </w:tc>
        <w:tc>
          <w:tcPr>
            <w:tcW w:type="dxa" w:w="3050"/>
          </w:tcPr>
          <w:p>
            <w:r>
              <w:t>Hon'ble Mr. Justice Kuldeep Tiwari (Writ (single bench))</w:t>
            </w:r>
          </w:p>
        </w:tc>
        <w:tc>
          <w:tcPr>
            <w:tcW w:type="dxa" w:w="3050"/>
          </w:tcPr>
          <w:p>
            <w:r/>
            <w:hyperlink r:id="rId25">
              <w:r>
                <w:rPr>
                  <w:color w:val="806632"/>
                  <w:u w:val="single"/>
                </w:rPr>
                <w:t xml:space="preserve">https://zoom.us/my/vcphhc18</w:t>
              </w:r>
            </w:hyperlink>
          </w:p>
        </w:tc>
        <w:tc>
          <w:tcPr>
            <w:tcW w:type="dxa" w:w="3050"/>
          </w:tcPr>
          <w:p>
            <w:r>
              <w:t>966 091 5985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19</w:t>
            </w:r>
          </w:p>
        </w:tc>
        <w:tc>
          <w:tcPr>
            <w:tcW w:type="dxa" w:w="3050"/>
          </w:tcPr>
          <w:p>
            <w:r>
              <w:t>Hon'ble Mr. Justice Pravindra Singh Chauhan (Division Bench D-VII)</w:t>
            </w:r>
          </w:p>
        </w:tc>
        <w:tc>
          <w:tcPr>
            <w:tcW w:type="dxa" w:w="3050"/>
          </w:tcPr>
          <w:p>
            <w:r/>
            <w:hyperlink r:id="rId26">
              <w:r>
                <w:rPr>
                  <w:color w:val="806632"/>
                  <w:u w:val="single"/>
                </w:rPr>
                <w:t xml:space="preserve">https://zoom.us/my/vcphhc19</w:t>
              </w:r>
            </w:hyperlink>
          </w:p>
        </w:tc>
        <w:tc>
          <w:tcPr>
            <w:tcW w:type="dxa" w:w="3050"/>
          </w:tcPr>
          <w:p>
            <w:r>
              <w:t>921 282 5114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20</w:t>
            </w:r>
          </w:p>
        </w:tc>
        <w:tc>
          <w:tcPr>
            <w:tcW w:type="dxa" w:w="3050"/>
          </w:tcPr>
          <w:p>
            <w:r>
              <w:t>Hon'ble Mr. Justice Deepak Manchanda (Civil (single bench))</w:t>
            </w:r>
          </w:p>
        </w:tc>
        <w:tc>
          <w:tcPr>
            <w:tcW w:type="dxa" w:w="3050"/>
          </w:tcPr>
          <w:p>
            <w:r/>
            <w:hyperlink r:id="rId27">
              <w:r>
                <w:rPr>
                  <w:color w:val="806632"/>
                  <w:u w:val="single"/>
                </w:rPr>
                <w:t xml:space="preserve">https://zoom.us/my/vcphhc20</w:t>
              </w:r>
            </w:hyperlink>
          </w:p>
        </w:tc>
        <w:tc>
          <w:tcPr>
            <w:tcW w:type="dxa" w:w="3050"/>
          </w:tcPr>
          <w:p>
            <w:r>
              <w:t>507 527 4635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21</w:t>
            </w:r>
          </w:p>
        </w:tc>
        <w:tc>
          <w:tcPr>
            <w:tcW w:type="dxa" w:w="3050"/>
          </w:tcPr>
          <w:p>
            <w:r>
              <w:t>Hon'ble Mr. Justice Parmod Goyal (Civil (single bench))</w:t>
            </w:r>
          </w:p>
        </w:tc>
        <w:tc>
          <w:tcPr>
            <w:tcW w:type="dxa" w:w="3050"/>
          </w:tcPr>
          <w:p>
            <w:r/>
            <w:hyperlink r:id="rId28">
              <w:r>
                <w:rPr>
                  <w:color w:val="806632"/>
                  <w:u w:val="single"/>
                </w:rPr>
                <w:t xml:space="preserve">https://zoom.us/my/vcphhc21</w:t>
              </w:r>
            </w:hyperlink>
          </w:p>
        </w:tc>
        <w:tc>
          <w:tcPr>
            <w:tcW w:type="dxa" w:w="3050"/>
          </w:tcPr>
          <w:p>
            <w:r>
              <w:t>989 448 1625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22</w:t>
            </w:r>
          </w:p>
        </w:tc>
        <w:tc>
          <w:tcPr>
            <w:tcW w:type="dxa" w:w="3050"/>
          </w:tcPr>
          <w:p>
            <w:r>
              <w:t>Hon'ble Mr. Justice Deepak Gupta (Civil (single bench))</w:t>
            </w:r>
          </w:p>
        </w:tc>
        <w:tc>
          <w:tcPr>
            <w:tcW w:type="dxa" w:w="3050"/>
          </w:tcPr>
          <w:p>
            <w:r/>
            <w:hyperlink r:id="rId29">
              <w:r>
                <w:rPr>
                  <w:color w:val="806632"/>
                  <w:u w:val="single"/>
                </w:rPr>
                <w:t xml:space="preserve">https://zoom.us/my/vcphhc22</w:t>
              </w:r>
            </w:hyperlink>
          </w:p>
        </w:tc>
        <w:tc>
          <w:tcPr>
            <w:tcW w:type="dxa" w:w="3050"/>
          </w:tcPr>
          <w:p>
            <w:r>
              <w:t>374 074 5363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23</w:t>
            </w:r>
          </w:p>
        </w:tc>
        <w:tc>
          <w:tcPr>
            <w:tcW w:type="dxa" w:w="3050"/>
          </w:tcPr>
          <w:p>
            <w:r>
              <w:t>Hon'ble Mr. Justice Deepinder Singh Nalwa (Civil (single bench))</w:t>
            </w:r>
          </w:p>
        </w:tc>
        <w:tc>
          <w:tcPr>
            <w:tcW w:type="dxa" w:w="3050"/>
          </w:tcPr>
          <w:p>
            <w:r/>
            <w:hyperlink r:id="rId30">
              <w:r>
                <w:rPr>
                  <w:color w:val="806632"/>
                  <w:u w:val="single"/>
                </w:rPr>
                <w:t xml:space="preserve">https://zoom.us/my/vcphhc23</w:t>
              </w:r>
            </w:hyperlink>
          </w:p>
        </w:tc>
        <w:tc>
          <w:tcPr>
            <w:tcW w:type="dxa" w:w="3050"/>
          </w:tcPr>
          <w:p>
            <w:r>
              <w:t>397 897 0320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24</w:t>
            </w:r>
          </w:p>
        </w:tc>
        <w:tc>
          <w:tcPr>
            <w:tcW w:type="dxa" w:w="3050"/>
          </w:tcPr>
          <w:p>
            <w:r>
              <w:t>Hon'ble Mr. Justice Harsh Bunger (Civil (single bench))</w:t>
            </w:r>
          </w:p>
        </w:tc>
        <w:tc>
          <w:tcPr>
            <w:tcW w:type="dxa" w:w="3050"/>
          </w:tcPr>
          <w:p>
            <w:r/>
            <w:hyperlink r:id="rId31">
              <w:r>
                <w:rPr>
                  <w:color w:val="806632"/>
                  <w:u w:val="single"/>
                </w:rPr>
                <w:t xml:space="preserve">https://zoom.us/my/vcphhc24</w:t>
              </w:r>
            </w:hyperlink>
          </w:p>
        </w:tc>
        <w:tc>
          <w:tcPr>
            <w:tcW w:type="dxa" w:w="3050"/>
          </w:tcPr>
          <w:p>
            <w:r>
              <w:t>454 613 3408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25</w:t>
            </w:r>
          </w:p>
        </w:tc>
        <w:tc>
          <w:tcPr>
            <w:tcW w:type="dxa" w:w="3050"/>
          </w:tcPr>
          <w:p>
            <w:r>
              <w:t>Hon'ble Ms. Justice Lapita Banerji (Civil &amp; Writ)</w:t>
            </w:r>
          </w:p>
        </w:tc>
        <w:tc>
          <w:tcPr>
            <w:tcW w:type="dxa" w:w="3050"/>
          </w:tcPr>
          <w:p>
            <w:r/>
            <w:hyperlink r:id="rId32">
              <w:r>
                <w:rPr>
                  <w:color w:val="806632"/>
                  <w:u w:val="single"/>
                </w:rPr>
                <w:t xml:space="preserve">https://zoom.us/my/vcphhc25</w:t>
              </w:r>
            </w:hyperlink>
          </w:p>
        </w:tc>
        <w:tc>
          <w:tcPr>
            <w:tcW w:type="dxa" w:w="3050"/>
          </w:tcPr>
          <w:p>
            <w:r>
              <w:t>505 780 7058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26</w:t>
            </w:r>
          </w:p>
        </w:tc>
        <w:tc>
          <w:tcPr>
            <w:tcW w:type="dxa" w:w="3050"/>
          </w:tcPr>
          <w:p>
            <w:r>
              <w:t>Hon'ble Mr. Justice Vikram Aggarwal (Criminal (single bench))</w:t>
            </w:r>
          </w:p>
        </w:tc>
        <w:tc>
          <w:tcPr>
            <w:tcW w:type="dxa" w:w="3050"/>
          </w:tcPr>
          <w:p>
            <w:r/>
            <w:hyperlink r:id="rId33">
              <w:r>
                <w:rPr>
                  <w:color w:val="806632"/>
                  <w:u w:val="single"/>
                </w:rPr>
                <w:t xml:space="preserve">https://zoom.us/my/vcphhc26</w:t>
              </w:r>
            </w:hyperlink>
          </w:p>
        </w:tc>
        <w:tc>
          <w:tcPr>
            <w:tcW w:type="dxa" w:w="3050"/>
          </w:tcPr>
          <w:p>
            <w:r>
              <w:t>776 881 4617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27</w:t>
            </w:r>
          </w:p>
        </w:tc>
        <w:tc>
          <w:tcPr>
            <w:tcW w:type="dxa" w:w="3050"/>
          </w:tcPr>
          <w:p>
            <w:r>
              <w:t>Hon'ble Mr. Justice Pankaj Jain (Writ (single bench))</w:t>
            </w:r>
          </w:p>
        </w:tc>
        <w:tc>
          <w:tcPr>
            <w:tcW w:type="dxa" w:w="3050"/>
          </w:tcPr>
          <w:p>
            <w:r/>
            <w:hyperlink r:id="rId34">
              <w:r>
                <w:rPr>
                  <w:color w:val="806632"/>
                  <w:u w:val="single"/>
                </w:rPr>
                <w:t xml:space="preserve">https://zoom.us/my/vcphhc27</w:t>
              </w:r>
            </w:hyperlink>
          </w:p>
        </w:tc>
        <w:tc>
          <w:tcPr>
            <w:tcW w:type="dxa" w:w="3050"/>
          </w:tcPr>
          <w:p>
            <w:r>
              <w:t>463 217 5285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28</w:t>
            </w:r>
          </w:p>
        </w:tc>
        <w:tc>
          <w:tcPr>
            <w:tcW w:type="dxa" w:w="3050"/>
          </w:tcPr>
          <w:p>
            <w:r>
              <w:t>Hon'ble Mr. Justice Namit Kumar (Writ (single bench))</w:t>
            </w:r>
          </w:p>
        </w:tc>
        <w:tc>
          <w:tcPr>
            <w:tcW w:type="dxa" w:w="3050"/>
          </w:tcPr>
          <w:p>
            <w:r/>
            <w:hyperlink r:id="rId35">
              <w:r>
                <w:rPr>
                  <w:color w:val="806632"/>
                  <w:u w:val="single"/>
                </w:rPr>
                <w:t xml:space="preserve">https://zoom.us/my/vcphhc28</w:t>
              </w:r>
            </w:hyperlink>
          </w:p>
        </w:tc>
        <w:tc>
          <w:tcPr>
            <w:tcW w:type="dxa" w:w="3050"/>
          </w:tcPr>
          <w:p>
            <w:r>
              <w:t>988 149 3072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29</w:t>
            </w:r>
          </w:p>
        </w:tc>
        <w:tc>
          <w:tcPr>
            <w:tcW w:type="dxa" w:w="3050"/>
          </w:tcPr>
          <w:p>
            <w:r>
              <w:t>Hon'ble Mr. Justice Vikas Suri (Civil (single bench))</w:t>
            </w:r>
          </w:p>
        </w:tc>
        <w:tc>
          <w:tcPr>
            <w:tcW w:type="dxa" w:w="3050"/>
          </w:tcPr>
          <w:p>
            <w:r/>
            <w:hyperlink r:id="rId36">
              <w:r>
                <w:rPr>
                  <w:color w:val="806632"/>
                  <w:u w:val="single"/>
                </w:rPr>
                <w:t xml:space="preserve">https://zoom.us/my/vcphhc29</w:t>
              </w:r>
            </w:hyperlink>
          </w:p>
        </w:tc>
        <w:tc>
          <w:tcPr>
            <w:tcW w:type="dxa" w:w="3050"/>
          </w:tcPr>
          <w:p>
            <w:r>
              <w:t>487 432 5018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30</w:t>
            </w:r>
          </w:p>
        </w:tc>
        <w:tc>
          <w:tcPr>
            <w:tcW w:type="dxa" w:w="3050"/>
          </w:tcPr>
          <w:p>
            <w:r>
              <w:t>Hon'ble Mr. Justice Harkesh Manuja (Civil (single bench))</w:t>
            </w:r>
          </w:p>
        </w:tc>
        <w:tc>
          <w:tcPr>
            <w:tcW w:type="dxa" w:w="3050"/>
          </w:tcPr>
          <w:p>
            <w:r/>
            <w:hyperlink r:id="rId37">
              <w:r>
                <w:rPr>
                  <w:color w:val="806632"/>
                  <w:u w:val="single"/>
                </w:rPr>
                <w:t xml:space="preserve">https://zoom.us/my/vcphhc30</w:t>
              </w:r>
            </w:hyperlink>
          </w:p>
        </w:tc>
        <w:tc>
          <w:tcPr>
            <w:tcW w:type="dxa" w:w="3050"/>
          </w:tcPr>
          <w:p>
            <w:r>
              <w:t>427 018 3704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31</w:t>
            </w:r>
          </w:p>
        </w:tc>
        <w:tc>
          <w:tcPr>
            <w:tcW w:type="dxa" w:w="3050"/>
          </w:tcPr>
          <w:p>
            <w:r>
              <w:t>Hon'ble Mr. Justice Rajesh Gaur (Division Bench D-V)</w:t>
            </w:r>
          </w:p>
        </w:tc>
        <w:tc>
          <w:tcPr>
            <w:tcW w:type="dxa" w:w="3050"/>
          </w:tcPr>
          <w:p>
            <w:r/>
            <w:hyperlink r:id="rId38">
              <w:r>
                <w:rPr>
                  <w:color w:val="806632"/>
                  <w:u w:val="single"/>
                </w:rPr>
                <w:t xml:space="preserve">https://zoom.us/my/vcphhc31</w:t>
              </w:r>
            </w:hyperlink>
          </w:p>
        </w:tc>
        <w:tc>
          <w:tcPr>
            <w:tcW w:type="dxa" w:w="3050"/>
          </w:tcPr>
          <w:p>
            <w:r>
              <w:t>478 122 3872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32</w:t>
            </w:r>
          </w:p>
        </w:tc>
        <w:tc>
          <w:tcPr>
            <w:tcW w:type="dxa" w:w="3050"/>
          </w:tcPr>
          <w:p>
            <w:r>
              <w:t>Hon'ble Ms. Justice Nidhi Gupta (Writ (single bench))</w:t>
            </w:r>
          </w:p>
        </w:tc>
        <w:tc>
          <w:tcPr>
            <w:tcW w:type="dxa" w:w="3050"/>
          </w:tcPr>
          <w:p>
            <w:r/>
            <w:hyperlink r:id="rId39">
              <w:r>
                <w:rPr>
                  <w:color w:val="806632"/>
                  <w:u w:val="single"/>
                </w:rPr>
                <w:t xml:space="preserve">https://zoom.us/my/vcphhc32</w:t>
              </w:r>
            </w:hyperlink>
          </w:p>
        </w:tc>
        <w:tc>
          <w:tcPr>
            <w:tcW w:type="dxa" w:w="3050"/>
          </w:tcPr>
          <w:p>
            <w:r>
              <w:t>419 547 5739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33</w:t>
            </w:r>
          </w:p>
        </w:tc>
        <w:tc>
          <w:tcPr>
            <w:tcW w:type="dxa" w:w="3050"/>
          </w:tcPr>
          <w:p>
            <w:r>
              <w:t>Hon'ble Mr. Justice Yashvir Singh Rathor (Civil (single bench))</w:t>
            </w:r>
          </w:p>
        </w:tc>
        <w:tc>
          <w:tcPr>
            <w:tcW w:type="dxa" w:w="3050"/>
          </w:tcPr>
          <w:p>
            <w:r/>
            <w:hyperlink r:id="rId40">
              <w:r>
                <w:rPr>
                  <w:color w:val="806632"/>
                  <w:u w:val="single"/>
                </w:rPr>
                <w:t xml:space="preserve">https://zoom.us/my/vcphhc33</w:t>
              </w:r>
            </w:hyperlink>
          </w:p>
        </w:tc>
        <w:tc>
          <w:tcPr>
            <w:tcW w:type="dxa" w:w="3050"/>
          </w:tcPr>
          <w:p>
            <w:r>
              <w:t>695 837 7716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34</w:t>
            </w:r>
          </w:p>
        </w:tc>
        <w:tc>
          <w:tcPr>
            <w:tcW w:type="dxa" w:w="3050"/>
          </w:tcPr>
          <w:p>
            <w:r>
              <w:t>Hon'ble Ms. Justice Sudeepti Sharma (Writ (single bench))</w:t>
            </w:r>
          </w:p>
        </w:tc>
        <w:tc>
          <w:tcPr>
            <w:tcW w:type="dxa" w:w="3050"/>
          </w:tcPr>
          <w:p>
            <w:r/>
            <w:hyperlink r:id="rId41">
              <w:r>
                <w:rPr>
                  <w:color w:val="806632"/>
                  <w:u w:val="single"/>
                </w:rPr>
                <w:t xml:space="preserve">https://zoom.us/my/vcphhc34</w:t>
              </w:r>
            </w:hyperlink>
          </w:p>
        </w:tc>
        <w:tc>
          <w:tcPr>
            <w:tcW w:type="dxa" w:w="3050"/>
          </w:tcPr>
          <w:p>
            <w:r>
              <w:t>978 115 6943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35</w:t>
            </w:r>
          </w:p>
        </w:tc>
        <w:tc>
          <w:tcPr>
            <w:tcW w:type="dxa" w:w="3050"/>
          </w:tcPr>
          <w:p>
            <w:r>
              <w:t>Hon'ble Mr. Justice Sunish Bindlish (Division Bench D-II)</w:t>
            </w:r>
          </w:p>
        </w:tc>
        <w:tc>
          <w:tcPr>
            <w:tcW w:type="dxa" w:w="3050"/>
          </w:tcPr>
          <w:p>
            <w:r/>
            <w:hyperlink r:id="rId42">
              <w:r>
                <w:rPr>
                  <w:color w:val="806632"/>
                  <w:u w:val="single"/>
                </w:rPr>
                <w:t xml:space="preserve">https://zoom.us/j/8343774037</w:t>
              </w:r>
            </w:hyperlink>
          </w:p>
        </w:tc>
        <w:tc>
          <w:tcPr>
            <w:tcW w:type="dxa" w:w="3050"/>
          </w:tcPr>
          <w:p>
            <w:r>
              <w:t>834 377 4037</w:t>
            </w:r>
          </w:p>
        </w:tc>
        <w:tc>
          <w:tcPr>
            <w:tcW w:type="dxa" w:w="3050"/>
          </w:tcPr>
          <w:p>
            <w:r>
              <w:t>Court room not in the Drive list; Meeting ID taken from the HC sitting roster.</w:t>
            </w:r>
          </w:p>
        </w:tc>
      </w:tr>
      <w:tr>
        <w:tc>
          <w:tcPr>
            <w:tcW w:type="dxa" w:w="3050"/>
          </w:tcPr>
          <w:p>
            <w:r>
              <w:t>36</w:t>
            </w:r>
          </w:p>
        </w:tc>
        <w:tc>
          <w:tcPr>
            <w:tcW w:type="dxa" w:w="3050"/>
          </w:tcPr>
          <w:p>
            <w:r>
              <w:t>Hon'ble Mr. Justice Harpreet Singh Brar (Writ (single bench))</w:t>
            </w:r>
          </w:p>
        </w:tc>
        <w:tc>
          <w:tcPr>
            <w:tcW w:type="dxa" w:w="3050"/>
          </w:tcPr>
          <w:p>
            <w:r/>
            <w:hyperlink r:id="rId43">
              <w:r>
                <w:rPr>
                  <w:color w:val="806632"/>
                  <w:u w:val="single"/>
                </w:rPr>
                <w:t xml:space="preserve">https://zoom.us/my/vcphhc36</w:t>
              </w:r>
            </w:hyperlink>
          </w:p>
        </w:tc>
        <w:tc>
          <w:tcPr>
            <w:tcW w:type="dxa" w:w="3050"/>
          </w:tcPr>
          <w:p>
            <w:r>
              <w:t>899 784 4927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37</w:t>
            </w:r>
          </w:p>
        </w:tc>
        <w:tc>
          <w:tcPr>
            <w:tcW w:type="dxa" w:w="3050"/>
          </w:tcPr>
          <w:p>
            <w:r>
              <w:t>Hon'ble Mr. Justice Minderjeet Yadav (Division Bench D-III)</w:t>
            </w:r>
          </w:p>
        </w:tc>
        <w:tc>
          <w:tcPr>
            <w:tcW w:type="dxa" w:w="3050"/>
          </w:tcPr>
          <w:p>
            <w:r/>
            <w:hyperlink r:id="rId44">
              <w:r>
                <w:rPr>
                  <w:color w:val="806632"/>
                  <w:u w:val="single"/>
                </w:rPr>
                <w:t xml:space="preserve">https://zoom.us/j/2641755733</w:t>
              </w:r>
            </w:hyperlink>
          </w:p>
        </w:tc>
        <w:tc>
          <w:tcPr>
            <w:tcW w:type="dxa" w:w="3050"/>
          </w:tcPr>
          <w:p>
            <w:r>
              <w:t>264 175 5733</w:t>
            </w:r>
          </w:p>
        </w:tc>
        <w:tc>
          <w:tcPr>
            <w:tcW w:type="dxa" w:w="3050"/>
          </w:tcPr>
          <w:p>
            <w:r>
              <w:t>Court room not in the Drive list; Meeting ID taken from the HC sitting roster.</w:t>
            </w:r>
          </w:p>
        </w:tc>
      </w:tr>
      <w:tr>
        <w:tc>
          <w:tcPr>
            <w:tcW w:type="dxa" w:w="3050"/>
          </w:tcPr>
          <w:p>
            <w:r>
              <w:t>38</w:t>
            </w:r>
          </w:p>
        </w:tc>
        <w:tc>
          <w:tcPr>
            <w:tcW w:type="dxa" w:w="3050"/>
          </w:tcPr>
          <w:p>
            <w:r>
              <w:t>Hon'ble Mr. Justice Jagmohan Bansal (Civil &amp; Writ)</w:t>
            </w:r>
          </w:p>
        </w:tc>
        <w:tc>
          <w:tcPr>
            <w:tcW w:type="dxa" w:w="3050"/>
          </w:tcPr>
          <w:p>
            <w:r/>
            <w:hyperlink r:id="rId45">
              <w:r>
                <w:rPr>
                  <w:color w:val="806632"/>
                  <w:u w:val="single"/>
                </w:rPr>
                <w:t xml:space="preserve">https://zoom.us/my/vcphhc38</w:t>
              </w:r>
            </w:hyperlink>
          </w:p>
        </w:tc>
        <w:tc>
          <w:tcPr>
            <w:tcW w:type="dxa" w:w="3050"/>
          </w:tcPr>
          <w:p>
            <w:r>
              <w:t>980 320 7324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40</w:t>
            </w:r>
          </w:p>
        </w:tc>
        <w:tc>
          <w:tcPr>
            <w:tcW w:type="dxa" w:w="3050"/>
          </w:tcPr>
          <w:p>
            <w:r>
              <w:t>Hon'ble Mr. Justice Rohit Kapoor (Division Bench D-I)</w:t>
            </w:r>
          </w:p>
        </w:tc>
        <w:tc>
          <w:tcPr>
            <w:tcW w:type="dxa" w:w="3050"/>
          </w:tcPr>
          <w:p>
            <w:r/>
            <w:hyperlink r:id="rId46">
              <w:r>
                <w:rPr>
                  <w:color w:val="806632"/>
                  <w:u w:val="single"/>
                </w:rPr>
                <w:t xml:space="preserve">https://zoom.us/my/vcphhc40</w:t>
              </w:r>
            </w:hyperlink>
          </w:p>
        </w:tc>
        <w:tc>
          <w:tcPr>
            <w:tcW w:type="dxa" w:w="3050"/>
          </w:tcPr>
          <w:p>
            <w:r>
              <w:t>639 153 8896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41</w:t>
            </w:r>
          </w:p>
        </w:tc>
        <w:tc>
          <w:tcPr>
            <w:tcW w:type="dxa" w:w="3050"/>
          </w:tcPr>
          <w:p>
            <w:r>
              <w:t>Hon'ble Ms. Justice Divya Sharma (Division Bench D-X)</w:t>
            </w:r>
          </w:p>
        </w:tc>
        <w:tc>
          <w:tcPr>
            <w:tcW w:type="dxa" w:w="3050"/>
          </w:tcPr>
          <w:p>
            <w:r/>
            <w:hyperlink r:id="rId47">
              <w:r>
                <w:rPr>
                  <w:color w:val="806632"/>
                  <w:u w:val="single"/>
                </w:rPr>
                <w:t xml:space="preserve">https://zoom.us/my/vcphhc41</w:t>
              </w:r>
            </w:hyperlink>
          </w:p>
        </w:tc>
        <w:tc>
          <w:tcPr>
            <w:tcW w:type="dxa" w:w="3050"/>
          </w:tcPr>
          <w:p>
            <w:r>
              <w:t>410 431 5674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42</w:t>
            </w:r>
          </w:p>
        </w:tc>
        <w:tc>
          <w:tcPr>
            <w:tcW w:type="dxa" w:w="3050"/>
          </w:tcPr>
          <w:p>
            <w:r>
              <w:t>Hon'ble Mr. Justice Ravinder Malik (Division Bench D-XI)</w:t>
            </w:r>
          </w:p>
        </w:tc>
        <w:tc>
          <w:tcPr>
            <w:tcW w:type="dxa" w:w="3050"/>
          </w:tcPr>
          <w:p>
            <w:r/>
            <w:hyperlink r:id="rId48">
              <w:r>
                <w:rPr>
                  <w:color w:val="806632"/>
                  <w:u w:val="single"/>
                </w:rPr>
                <w:t xml:space="preserve">https://zoom.us/my/vcphhc42</w:t>
              </w:r>
            </w:hyperlink>
          </w:p>
        </w:tc>
        <w:tc>
          <w:tcPr>
            <w:tcW w:type="dxa" w:w="3050"/>
          </w:tcPr>
          <w:p>
            <w:r>
              <w:t>652 179 7658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43</w:t>
            </w:r>
          </w:p>
        </w:tc>
        <w:tc>
          <w:tcPr>
            <w:tcW w:type="dxa" w:w="3050"/>
          </w:tcPr>
          <w:p>
            <w:r>
              <w:t>Hon'ble Mr. Justice Surya Partap Singh (Criminal (single bench))</w:t>
            </w:r>
          </w:p>
        </w:tc>
        <w:tc>
          <w:tcPr>
            <w:tcW w:type="dxa" w:w="3050"/>
          </w:tcPr>
          <w:p>
            <w:r/>
            <w:hyperlink r:id="rId49">
              <w:r>
                <w:rPr>
                  <w:color w:val="806632"/>
                  <w:u w:val="single"/>
                </w:rPr>
                <w:t xml:space="preserve">https://zoom.us/my/vcphhc43</w:t>
              </w:r>
            </w:hyperlink>
          </w:p>
        </w:tc>
        <w:tc>
          <w:tcPr>
            <w:tcW w:type="dxa" w:w="3050"/>
          </w:tcPr>
          <w:p>
            <w:r>
              <w:t>708 888 5294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44</w:t>
            </w:r>
          </w:p>
        </w:tc>
        <w:tc>
          <w:tcPr>
            <w:tcW w:type="dxa" w:w="3050"/>
          </w:tcPr>
          <w:p>
            <w:r>
              <w:t>Hon'ble Ms. Justice Amarjot Bhatti (Civil (single bench))</w:t>
            </w:r>
          </w:p>
        </w:tc>
        <w:tc>
          <w:tcPr>
            <w:tcW w:type="dxa" w:w="3050"/>
          </w:tcPr>
          <w:p>
            <w:r/>
            <w:hyperlink r:id="rId50">
              <w:r>
                <w:rPr>
                  <w:color w:val="806632"/>
                  <w:u w:val="single"/>
                </w:rPr>
                <w:t xml:space="preserve">https://zoom.us/my/vcphhc44</w:t>
              </w:r>
            </w:hyperlink>
          </w:p>
        </w:tc>
        <w:tc>
          <w:tcPr>
            <w:tcW w:type="dxa" w:w="3050"/>
          </w:tcPr>
          <w:p>
            <w:r>
              <w:t>679 230 8525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45</w:t>
            </w:r>
          </w:p>
        </w:tc>
        <w:tc>
          <w:tcPr>
            <w:tcW w:type="dxa" w:w="3050"/>
          </w:tcPr>
          <w:p>
            <w:r>
              <w:t>Hon'ble Ms. Justice Aaradhna Sawhney (Criminal (single bench))</w:t>
            </w:r>
          </w:p>
        </w:tc>
        <w:tc>
          <w:tcPr>
            <w:tcW w:type="dxa" w:w="3050"/>
          </w:tcPr>
          <w:p>
            <w:r/>
            <w:hyperlink r:id="rId51">
              <w:r>
                <w:rPr>
                  <w:color w:val="806632"/>
                  <w:u w:val="single"/>
                </w:rPr>
                <w:t xml:space="preserve">https://zoom.us/my/vcphhc45</w:t>
              </w:r>
            </w:hyperlink>
          </w:p>
        </w:tc>
        <w:tc>
          <w:tcPr>
            <w:tcW w:type="dxa" w:w="3050"/>
          </w:tcPr>
          <w:p>
            <w:r>
              <w:t>453 292 8905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46</w:t>
            </w:r>
          </w:p>
        </w:tc>
        <w:tc>
          <w:tcPr>
            <w:tcW w:type="dxa" w:w="3050"/>
          </w:tcPr>
          <w:p>
            <w:r>
              <w:t>Hon'ble Mrs. Justice Ramesh Kumari (Criminal (single bench))</w:t>
            </w:r>
          </w:p>
        </w:tc>
        <w:tc>
          <w:tcPr>
            <w:tcW w:type="dxa" w:w="3050"/>
          </w:tcPr>
          <w:p>
            <w:r/>
            <w:hyperlink r:id="rId52">
              <w:r>
                <w:rPr>
                  <w:color w:val="806632"/>
                  <w:u w:val="single"/>
                </w:rPr>
                <w:t xml:space="preserve">https://zoom.us/j/8804525346</w:t>
              </w:r>
            </w:hyperlink>
          </w:p>
        </w:tc>
        <w:tc>
          <w:tcPr>
            <w:tcW w:type="dxa" w:w="3050"/>
          </w:tcPr>
          <w:p>
            <w:r>
              <w:t>880 452 5346</w:t>
            </w:r>
          </w:p>
        </w:tc>
        <w:tc>
          <w:tcPr>
            <w:tcW w:type="dxa" w:w="3050"/>
          </w:tcPr>
          <w:p>
            <w:r>
              <w:t>Court room not in the Drive list; Meeting ID taken from the HC sitting roster.</w:t>
            </w:r>
          </w:p>
        </w:tc>
      </w:tr>
      <w:tr>
        <w:tc>
          <w:tcPr>
            <w:tcW w:type="dxa" w:w="3050"/>
          </w:tcPr>
          <w:p>
            <w:r>
              <w:t>47</w:t>
            </w:r>
          </w:p>
        </w:tc>
        <w:tc>
          <w:tcPr>
            <w:tcW w:type="dxa" w:w="3050"/>
          </w:tcPr>
          <w:p>
            <w:r>
              <w:t>Hon'ble Ms. Justice Sukhvinder Kaur (Criminal (single bench))</w:t>
            </w:r>
          </w:p>
        </w:tc>
        <w:tc>
          <w:tcPr>
            <w:tcW w:type="dxa" w:w="3050"/>
          </w:tcPr>
          <w:p>
            <w:r/>
            <w:hyperlink r:id="rId53">
              <w:r>
                <w:rPr>
                  <w:color w:val="806632"/>
                  <w:u w:val="single"/>
                </w:rPr>
                <w:t xml:space="preserve">https://zoom.us/my/vcphhc47</w:t>
              </w:r>
            </w:hyperlink>
          </w:p>
        </w:tc>
        <w:tc>
          <w:tcPr>
            <w:tcW w:type="dxa" w:w="3050"/>
          </w:tcPr>
          <w:p>
            <w:r>
              <w:t>546 706 0119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48</w:t>
            </w:r>
          </w:p>
        </w:tc>
        <w:tc>
          <w:tcPr>
            <w:tcW w:type="dxa" w:w="3050"/>
          </w:tcPr>
          <w:p>
            <w:r>
              <w:t>Hon'ble Ms. Justice Neerja K. Kalson (Criminal (single bench))</w:t>
            </w:r>
          </w:p>
        </w:tc>
        <w:tc>
          <w:tcPr>
            <w:tcW w:type="dxa" w:w="3050"/>
          </w:tcPr>
          <w:p>
            <w:r/>
            <w:hyperlink r:id="rId54">
              <w:r>
                <w:rPr>
                  <w:color w:val="806632"/>
                  <w:u w:val="single"/>
                </w:rPr>
                <w:t xml:space="preserve">https://zoom.us/my/vcphhc48</w:t>
              </w:r>
            </w:hyperlink>
          </w:p>
        </w:tc>
        <w:tc>
          <w:tcPr>
            <w:tcW w:type="dxa" w:w="3050"/>
          </w:tcPr>
          <w:p>
            <w:r>
              <w:t>820 324 8620</w:t>
            </w:r>
          </w:p>
        </w:tc>
        <w:tc>
          <w:tcPr>
            <w:tcW w:type="dxa" w:w="3050"/>
          </w:tcPr>
          <w:p>
            <w:r>
              <w:t>HC roster for 12.10.2026 shows Meeting ID 976 610 8726 for this bench; use the ID shown on the day.</w:t>
            </w:r>
          </w:p>
        </w:tc>
      </w:tr>
      <w:tr>
        <w:tc>
          <w:tcPr>
            <w:tcW w:type="dxa" w:w="3050"/>
          </w:tcPr>
          <w:p>
            <w:r>
              <w:t>49</w:t>
            </w:r>
          </w:p>
        </w:tc>
        <w:tc>
          <w:tcPr>
            <w:tcW w:type="dxa" w:w="3050"/>
          </w:tcPr>
          <w:p>
            <w:r>
              <w:t>Hon'ble Mr. Justice Sanjiv Berry (Civil (single bench))</w:t>
            </w:r>
          </w:p>
        </w:tc>
        <w:tc>
          <w:tcPr>
            <w:tcW w:type="dxa" w:w="3050"/>
          </w:tcPr>
          <w:p>
            <w:r/>
            <w:hyperlink r:id="rId55">
              <w:r>
                <w:rPr>
                  <w:color w:val="806632"/>
                  <w:u w:val="single"/>
                </w:rPr>
                <w:t xml:space="preserve">https://zoom.us/my/vcphhc49</w:t>
              </w:r>
            </w:hyperlink>
          </w:p>
        </w:tc>
        <w:tc>
          <w:tcPr>
            <w:tcW w:type="dxa" w:w="3050"/>
          </w:tcPr>
          <w:p>
            <w:r>
              <w:t>208 028 3631</w:t>
            </w:r>
          </w:p>
        </w:tc>
        <w:tc>
          <w:tcPr>
            <w:tcW w:type="dxa" w:w="3050"/>
          </w:tcPr>
          <w:p>
            <w:r>
              <w:t>Not holding court (work distributed: CR : 17,20,21,22,23,24,25,29,30,33,38,44,51)</w:t>
            </w:r>
          </w:p>
        </w:tc>
      </w:tr>
      <w:tr>
        <w:tc>
          <w:tcPr>
            <w:tcW w:type="dxa" w:w="3050"/>
          </w:tcPr>
          <w:p>
            <w:r>
              <w:t>50</w:t>
            </w:r>
          </w:p>
        </w:tc>
        <w:tc>
          <w:tcPr>
            <w:tcW w:type="dxa" w:w="3050"/>
          </w:tcPr>
          <w:p>
            <w:r>
              <w:t>Hon'ble Ms. Justice Shalini Singh Nagpal (Criminal (single bench))</w:t>
            </w:r>
          </w:p>
        </w:tc>
        <w:tc>
          <w:tcPr>
            <w:tcW w:type="dxa" w:w="3050"/>
          </w:tcPr>
          <w:p>
            <w:r/>
            <w:hyperlink r:id="rId56">
              <w:r>
                <w:rPr>
                  <w:color w:val="806632"/>
                  <w:u w:val="single"/>
                </w:rPr>
                <w:t xml:space="preserve">https://zoom.us/my/vcphhc50</w:t>
              </w:r>
            </w:hyperlink>
          </w:p>
        </w:tc>
        <w:tc>
          <w:tcPr>
            <w:tcW w:type="dxa" w:w="3050"/>
          </w:tcPr>
          <w:p>
            <w:r>
              <w:t>813 254 9641</w:t>
            </w:r>
          </w:p>
        </w:tc>
        <w:tc>
          <w:tcPr>
            <w:tcW w:type="dxa" w:w="3050"/>
          </w:tcPr>
          <w:p>
            <w:r>
              <w:t>Not holding court</w:t>
            </w:r>
          </w:p>
        </w:tc>
      </w:tr>
      <w:tr>
        <w:tc>
          <w:tcPr>
            <w:tcW w:type="dxa" w:w="3050"/>
          </w:tcPr>
          <w:p>
            <w:r>
              <w:t>51</w:t>
            </w:r>
          </w:p>
        </w:tc>
        <w:tc>
          <w:tcPr>
            <w:tcW w:type="dxa" w:w="3050"/>
          </w:tcPr>
          <w:p>
            <w:r>
              <w:t>Hon'ble Ms. Justice Harpreet Kaur Jeewan (Civil (single bench))</w:t>
            </w:r>
          </w:p>
        </w:tc>
        <w:tc>
          <w:tcPr>
            <w:tcW w:type="dxa" w:w="3050"/>
          </w:tcPr>
          <w:p>
            <w:r/>
            <w:hyperlink r:id="rId57">
              <w:r>
                <w:rPr>
                  <w:color w:val="806632"/>
                  <w:u w:val="single"/>
                </w:rPr>
                <w:t xml:space="preserve">https://zoom.us/my/vcphhc51</w:t>
              </w:r>
            </w:hyperlink>
          </w:p>
        </w:tc>
        <w:tc>
          <w:tcPr>
            <w:tcW w:type="dxa" w:w="3050"/>
          </w:tcPr>
          <w:p>
            <w:r>
              <w:t>648 565 8389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52</w:t>
            </w:r>
          </w:p>
        </w:tc>
        <w:tc>
          <w:tcPr>
            <w:tcW w:type="dxa" w:w="3050"/>
          </w:tcPr>
          <w:p>
            <w:r>
              <w:t>Hon'ble Mr. Justice Rajesh Bhardwaj (Division Bench D-IX)</w:t>
            </w:r>
          </w:p>
        </w:tc>
        <w:tc>
          <w:tcPr>
            <w:tcW w:type="dxa" w:w="3050"/>
          </w:tcPr>
          <w:p>
            <w:r/>
            <w:hyperlink r:id="rId58">
              <w:r>
                <w:rPr>
                  <w:color w:val="806632"/>
                  <w:u w:val="single"/>
                </w:rPr>
                <w:t xml:space="preserve">https://zoom.us/my/vcphhc52</w:t>
              </w:r>
            </w:hyperlink>
          </w:p>
        </w:tc>
        <w:tc>
          <w:tcPr>
            <w:tcW w:type="dxa" w:w="3050"/>
          </w:tcPr>
          <w:p>
            <w:r>
              <w:t>584 503 3767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53</w:t>
            </w:r>
          </w:p>
        </w:tc>
        <w:tc>
          <w:tcPr>
            <w:tcW w:type="dxa" w:w="3050"/>
          </w:tcPr>
          <w:p>
            <w:r>
              <w:t>Hon'ble Mr. Justice Jasjit Singh Bedi (Criminal (single bench))</w:t>
            </w:r>
          </w:p>
        </w:tc>
        <w:tc>
          <w:tcPr>
            <w:tcW w:type="dxa" w:w="3050"/>
          </w:tcPr>
          <w:p>
            <w:r/>
            <w:hyperlink r:id="rId59">
              <w:r>
                <w:rPr>
                  <w:color w:val="806632"/>
                  <w:u w:val="single"/>
                </w:rPr>
                <w:t xml:space="preserve">https://zoom.us/my/vcphhc53</w:t>
              </w:r>
            </w:hyperlink>
          </w:p>
        </w:tc>
        <w:tc>
          <w:tcPr>
            <w:tcW w:type="dxa" w:w="3050"/>
          </w:tcPr>
          <w:p>
            <w:r>
              <w:t>364 241 4939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54</w:t>
            </w:r>
          </w:p>
        </w:tc>
        <w:tc>
          <w:tcPr>
            <w:tcW w:type="dxa" w:w="3050"/>
          </w:tcPr>
          <w:p>
            <w:r>
              <w:t>Hon'ble Ms. Justice Mandeep Pannu (Division Bench D-VIII)</w:t>
            </w:r>
          </w:p>
        </w:tc>
        <w:tc>
          <w:tcPr>
            <w:tcW w:type="dxa" w:w="3050"/>
          </w:tcPr>
          <w:p>
            <w:r/>
            <w:hyperlink r:id="rId60">
              <w:r>
                <w:rPr>
                  <w:color w:val="806632"/>
                  <w:u w:val="single"/>
                </w:rPr>
                <w:t xml:space="preserve">https://zoom.us/my/vcphhc54</w:t>
              </w:r>
            </w:hyperlink>
          </w:p>
        </w:tc>
        <w:tc>
          <w:tcPr>
            <w:tcW w:type="dxa" w:w="3050"/>
          </w:tcPr>
          <w:p>
            <w:r>
              <w:t>583 959 7637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55</w:t>
            </w:r>
          </w:p>
        </w:tc>
        <w:tc>
          <w:tcPr>
            <w:tcW w:type="dxa" w:w="3050"/>
          </w:tcPr>
          <w:p>
            <w:r>
              <w:t>Hon'ble Mr. Justice H.S. Grewal (Criminal (single bench))</w:t>
            </w:r>
          </w:p>
        </w:tc>
        <w:tc>
          <w:tcPr>
            <w:tcW w:type="dxa" w:w="3050"/>
          </w:tcPr>
          <w:p>
            <w:r/>
            <w:hyperlink r:id="rId61">
              <w:r>
                <w:rPr>
                  <w:color w:val="806632"/>
                  <w:u w:val="single"/>
                </w:rPr>
                <w:t xml:space="preserve">https://zoom.us/my/vcphhc55</w:t>
              </w:r>
            </w:hyperlink>
          </w:p>
        </w:tc>
        <w:tc>
          <w:tcPr>
            <w:tcW w:type="dxa" w:w="3050"/>
          </w:tcPr>
          <w:p>
            <w:r>
              <w:t>694 631 3014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56</w:t>
            </w:r>
          </w:p>
        </w:tc>
        <w:tc>
          <w:tcPr>
            <w:tcW w:type="dxa" w:w="3050"/>
          </w:tcPr>
          <w:p>
            <w:r>
              <w:t>Hon'ble Ms. Justice Rupinderjit Chahal (Criminal (single bench))</w:t>
            </w:r>
          </w:p>
        </w:tc>
        <w:tc>
          <w:tcPr>
            <w:tcW w:type="dxa" w:w="3050"/>
          </w:tcPr>
          <w:p>
            <w:r/>
            <w:hyperlink r:id="rId62">
              <w:r>
                <w:rPr>
                  <w:color w:val="806632"/>
                  <w:u w:val="single"/>
                </w:rPr>
                <w:t xml:space="preserve">https://zoom.us/my/vcphhc56</w:t>
              </w:r>
            </w:hyperlink>
          </w:p>
        </w:tc>
        <w:tc>
          <w:tcPr>
            <w:tcW w:type="dxa" w:w="3050"/>
          </w:tcPr>
          <w:p>
            <w:r>
              <w:t>556 572 2027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57</w:t>
            </w:r>
          </w:p>
        </w:tc>
        <w:tc>
          <w:tcPr>
            <w:tcW w:type="dxa" w:w="3050"/>
          </w:tcPr>
          <w:p>
            <w:r>
              <w:t>Hon'ble Mr. Justice Aman Chaudhary (Criminal &amp; Writ)</w:t>
            </w:r>
          </w:p>
        </w:tc>
        <w:tc>
          <w:tcPr>
            <w:tcW w:type="dxa" w:w="3050"/>
          </w:tcPr>
          <w:p>
            <w:r/>
            <w:hyperlink r:id="rId63">
              <w:r>
                <w:rPr>
                  <w:color w:val="806632"/>
                  <w:u w:val="single"/>
                </w:rPr>
                <w:t xml:space="preserve">https://zoom.us/my/vcphhc57</w:t>
              </w:r>
            </w:hyperlink>
          </w:p>
        </w:tc>
        <w:tc>
          <w:tcPr>
            <w:tcW w:type="dxa" w:w="3050"/>
          </w:tcPr>
          <w:p>
            <w:r>
              <w:t>476 584 1483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58</w:t>
            </w:r>
          </w:p>
        </w:tc>
        <w:tc>
          <w:tcPr>
            <w:tcW w:type="dxa" w:w="3050"/>
          </w:tcPr>
          <w:p>
            <w:r>
              <w:t>Hon'ble Mr. Justice Sanjay Vashisth (Criminal (single bench))</w:t>
            </w:r>
          </w:p>
        </w:tc>
        <w:tc>
          <w:tcPr>
            <w:tcW w:type="dxa" w:w="3050"/>
          </w:tcPr>
          <w:p>
            <w:r/>
            <w:hyperlink r:id="rId64">
              <w:r>
                <w:rPr>
                  <w:color w:val="806632"/>
                  <w:u w:val="single"/>
                </w:rPr>
                <w:t xml:space="preserve">https://zoom.us/my/vcphhc58</w:t>
              </w:r>
            </w:hyperlink>
          </w:p>
        </w:tc>
        <w:tc>
          <w:tcPr>
            <w:tcW w:type="dxa" w:w="3050"/>
          </w:tcPr>
          <w:p>
            <w:r>
              <w:t>677 065 3224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59</w:t>
            </w:r>
          </w:p>
        </w:tc>
        <w:tc>
          <w:tcPr>
            <w:tcW w:type="dxa" w:w="3050"/>
          </w:tcPr>
          <w:p>
            <w:r>
              <w:t>Hon'ble Mr. Justice Harmeet Singh Deol (Division Bench D-IV)</w:t>
            </w:r>
          </w:p>
        </w:tc>
        <w:tc>
          <w:tcPr>
            <w:tcW w:type="dxa" w:w="3050"/>
          </w:tcPr>
          <w:p>
            <w:r/>
            <w:hyperlink r:id="rId65">
              <w:r>
                <w:rPr>
                  <w:color w:val="806632"/>
                  <w:u w:val="single"/>
                </w:rPr>
                <w:t xml:space="preserve">https://zoom.us/j/4898399729</w:t>
              </w:r>
            </w:hyperlink>
          </w:p>
        </w:tc>
        <w:tc>
          <w:tcPr>
            <w:tcW w:type="dxa" w:w="3050"/>
          </w:tcPr>
          <w:p>
            <w:r>
              <w:t>489 839 9729</w:t>
            </w:r>
          </w:p>
        </w:tc>
        <w:tc>
          <w:tcPr>
            <w:tcW w:type="dxa" w:w="3050"/>
          </w:tcPr>
          <w:p>
            <w:r>
              <w:t>Court room not in the Drive list; Meeting ID taken from the HC sitting roster.</w:t>
            </w:r>
          </w:p>
        </w:tc>
      </w:tr>
      <w:tr>
        <w:tc>
          <w:tcPr>
            <w:tcW w:type="dxa" w:w="3050"/>
          </w:tcPr>
          <w:p>
            <w:r>
              <w:t>61</w:t>
            </w:r>
          </w:p>
        </w:tc>
        <w:tc>
          <w:tcPr>
            <w:tcW w:type="dxa" w:w="3050"/>
          </w:tcPr>
          <w:p>
            <w:r>
              <w:t>Hon'ble Ms. Justice Manisha Batra (Criminal (single bench))</w:t>
            </w:r>
          </w:p>
        </w:tc>
        <w:tc>
          <w:tcPr>
            <w:tcW w:type="dxa" w:w="3050"/>
          </w:tcPr>
          <w:p>
            <w:r/>
            <w:hyperlink r:id="rId66">
              <w:r>
                <w:rPr>
                  <w:color w:val="806632"/>
                  <w:u w:val="single"/>
                </w:rPr>
                <w:t xml:space="preserve">https://zoom.us/my/vcphhc61</w:t>
              </w:r>
            </w:hyperlink>
          </w:p>
        </w:tc>
        <w:tc>
          <w:tcPr>
            <w:tcW w:type="dxa" w:w="3050"/>
          </w:tcPr>
          <w:p>
            <w:r>
              <w:t>599 905 1504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62</w:t>
            </w:r>
          </w:p>
        </w:tc>
        <w:tc>
          <w:tcPr>
            <w:tcW w:type="dxa" w:w="3050"/>
          </w:tcPr>
          <w:p>
            <w:r>
              <w:t>Hon'ble Mr. Justice Vinod S. Bhardwaj (Division Bench D-IX)</w:t>
            </w:r>
          </w:p>
        </w:tc>
        <w:tc>
          <w:tcPr>
            <w:tcW w:type="dxa" w:w="3050"/>
          </w:tcPr>
          <w:p>
            <w:r/>
            <w:hyperlink r:id="rId67">
              <w:r>
                <w:rPr>
                  <w:color w:val="806632"/>
                  <w:u w:val="single"/>
                </w:rPr>
                <w:t xml:space="preserve">https://zoom.us/my/vcphhc62</w:t>
              </w:r>
            </w:hyperlink>
          </w:p>
        </w:tc>
        <w:tc>
          <w:tcPr>
            <w:tcW w:type="dxa" w:w="3050"/>
          </w:tcPr>
          <w:p>
            <w:r>
              <w:t>416 614 1467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63</w:t>
            </w:r>
          </w:p>
        </w:tc>
        <w:tc>
          <w:tcPr>
            <w:tcW w:type="dxa" w:w="3050"/>
          </w:tcPr>
          <w:p>
            <w:r>
              <w:t>Hon'ble Ms. Justice Puja Chopra (Division Bench D-IX)</w:t>
            </w:r>
          </w:p>
        </w:tc>
        <w:tc>
          <w:tcPr>
            <w:tcW w:type="dxa" w:w="3050"/>
          </w:tcPr>
          <w:p>
            <w:r/>
            <w:hyperlink r:id="rId68">
              <w:r>
                <w:rPr>
                  <w:color w:val="806632"/>
                  <w:u w:val="single"/>
                </w:rPr>
                <w:t xml:space="preserve">https://zoom.us/my/vcphhc63</w:t>
              </w:r>
            </w:hyperlink>
          </w:p>
        </w:tc>
        <w:tc>
          <w:tcPr>
            <w:tcW w:type="dxa" w:w="3050"/>
          </w:tcPr>
          <w:p>
            <w:r>
              <w:t>808 557 0445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64</w:t>
            </w:r>
          </w:p>
        </w:tc>
        <w:tc>
          <w:tcPr>
            <w:tcW w:type="dxa" w:w="3050"/>
          </w:tcPr>
          <w:p>
            <w:r>
              <w:t>Hon'ble Mr. Justice Alok Jain (Criminal (single bench))</w:t>
            </w:r>
          </w:p>
        </w:tc>
        <w:tc>
          <w:tcPr>
            <w:tcW w:type="dxa" w:w="3050"/>
          </w:tcPr>
          <w:p>
            <w:r/>
            <w:hyperlink r:id="rId69">
              <w:r>
                <w:rPr>
                  <w:color w:val="806632"/>
                  <w:u w:val="single"/>
                </w:rPr>
                <w:t xml:space="preserve">https://zoom.us/my/vcphhc64</w:t>
              </w:r>
            </w:hyperlink>
          </w:p>
        </w:tc>
        <w:tc>
          <w:tcPr>
            <w:tcW w:type="dxa" w:w="3050"/>
          </w:tcPr>
          <w:p>
            <w:r>
              <w:t>514 492 2339</w:t>
            </w:r>
          </w:p>
        </w:tc>
        <w:tc>
          <w:tcPr>
            <w:tcW w:type="dxa" w:w="3050"/>
          </w:tcPr>
          <w:p>
            <w:r>
              <w:t>Not holding court (work distributed: CR : 12,26,48,53,55,58,61,66,67)</w:t>
            </w:r>
          </w:p>
        </w:tc>
      </w:tr>
      <w:tr>
        <w:tc>
          <w:tcPr>
            <w:tcW w:type="dxa" w:w="3050"/>
          </w:tcPr>
          <w:p>
            <w:r>
              <w:t>65</w:t>
            </w:r>
          </w:p>
        </w:tc>
        <w:tc>
          <w:tcPr>
            <w:tcW w:type="dxa" w:w="3050"/>
          </w:tcPr>
          <w:p>
            <w:r>
              <w:t>Hon'ble Ms. Justice Kirti Singh (Writ (single bench))</w:t>
            </w:r>
          </w:p>
        </w:tc>
        <w:tc>
          <w:tcPr>
            <w:tcW w:type="dxa" w:w="3050"/>
          </w:tcPr>
          <w:p>
            <w:r/>
            <w:hyperlink r:id="rId70">
              <w:r>
                <w:rPr>
                  <w:color w:val="806632"/>
                  <w:u w:val="single"/>
                </w:rPr>
                <w:t xml:space="preserve">https://zoom.us/my/vcphhc65</w:t>
              </w:r>
            </w:hyperlink>
          </w:p>
        </w:tc>
        <w:tc>
          <w:tcPr>
            <w:tcW w:type="dxa" w:w="3050"/>
          </w:tcPr>
          <w:p>
            <w:r>
              <w:t>374 089 9343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66</w:t>
            </w:r>
          </w:p>
        </w:tc>
        <w:tc>
          <w:tcPr>
            <w:tcW w:type="dxa" w:w="3050"/>
          </w:tcPr>
          <w:p>
            <w:r>
              <w:t>Hon'ble Mr. Justice Sumeet Goel (Criminal (single bench))</w:t>
            </w:r>
          </w:p>
        </w:tc>
        <w:tc>
          <w:tcPr>
            <w:tcW w:type="dxa" w:w="3050"/>
          </w:tcPr>
          <w:p>
            <w:r/>
            <w:hyperlink r:id="rId71">
              <w:r>
                <w:rPr>
                  <w:color w:val="806632"/>
                  <w:u w:val="single"/>
                </w:rPr>
                <w:t xml:space="preserve">https://zoom.us/my/vcphhc66</w:t>
              </w:r>
            </w:hyperlink>
          </w:p>
        </w:tc>
        <w:tc>
          <w:tcPr>
            <w:tcW w:type="dxa" w:w="3050"/>
          </w:tcPr>
          <w:p>
            <w:r>
              <w:t>307 414 6848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67</w:t>
            </w:r>
          </w:p>
        </w:tc>
        <w:tc>
          <w:tcPr>
            <w:tcW w:type="dxa" w:w="3050"/>
          </w:tcPr>
          <w:p>
            <w:r>
              <w:t>Hon'ble Mr. Justice Ramesh Chander Dimri (Criminal (single bench))</w:t>
            </w:r>
          </w:p>
        </w:tc>
        <w:tc>
          <w:tcPr>
            <w:tcW w:type="dxa" w:w="3050"/>
          </w:tcPr>
          <w:p>
            <w:r/>
            <w:hyperlink r:id="rId72">
              <w:r>
                <w:rPr>
                  <w:color w:val="806632"/>
                  <w:u w:val="single"/>
                </w:rPr>
                <w:t xml:space="preserve">https://zoom.us/my/vcphhc67</w:t>
              </w:r>
            </w:hyperlink>
          </w:p>
        </w:tc>
        <w:tc>
          <w:tcPr>
            <w:tcW w:type="dxa" w:w="3050"/>
          </w:tcPr>
          <w:p>
            <w:r>
              <w:t>988 155 5082</w:t>
            </w:r>
          </w:p>
        </w:tc>
        <w:tc>
          <w:tcPr>
            <w:tcW w:type="dxa" w:w="3050"/>
          </w:tcPr>
          <w:p>
            <w:r/>
          </w:p>
        </w:tc>
      </w:tr>
      <w:tr>
        <w:tc>
          <w:tcPr>
            <w:tcW w:type="dxa" w:w="3050"/>
          </w:tcPr>
          <w:p>
            <w:r>
              <w:t>68</w:t>
            </w:r>
          </w:p>
        </w:tc>
        <w:tc>
          <w:tcPr>
            <w:tcW w:type="dxa" w:w="3050"/>
          </w:tcPr>
          <w:p>
            <w:r>
              <w:t>Hon'ble Mr. Justice Subhas Mehla (Civil (single bench))</w:t>
            </w:r>
          </w:p>
        </w:tc>
        <w:tc>
          <w:tcPr>
            <w:tcW w:type="dxa" w:w="3050"/>
          </w:tcPr>
          <w:p>
            <w:r/>
            <w:hyperlink r:id="rId73">
              <w:r>
                <w:rPr>
                  <w:color w:val="806632"/>
                  <w:u w:val="single"/>
                </w:rPr>
                <w:t xml:space="preserve">https://zoom.us/my/vcphhc68</w:t>
              </w:r>
            </w:hyperlink>
          </w:p>
        </w:tc>
        <w:tc>
          <w:tcPr>
            <w:tcW w:type="dxa" w:w="3050"/>
          </w:tcPr>
          <w:p>
            <w:r>
              <w:t>642 052 7103</w:t>
            </w:r>
          </w:p>
        </w:tc>
        <w:tc>
          <w:tcPr>
            <w:tcW w:type="dxa" w:w="3050"/>
          </w:tcPr>
          <w:p>
            <w:r>
              <w:t>Not holding court (work distributed: CR : 17,20,21,22,23,24,25,29,30,33,38,44,51)</w:t>
            </w:r>
          </w:p>
        </w:tc>
      </w:tr>
      <w:tr>
        <w:tc>
          <w:tcPr>
            <w:tcW w:type="dxa" w:w="3050"/>
          </w:tcPr>
          <w:p>
            <w:r>
              <w:t>69</w:t>
            </w:r>
          </w:p>
        </w:tc>
        <w:tc>
          <w:tcPr>
            <w:tcW w:type="dxa" w:w="3050"/>
          </w:tcPr>
          <w:p>
            <w:r>
              <w:t>Hon'ble Mr. Justice N.S. Shekhawat (Criminal (single bench))</w:t>
            </w:r>
          </w:p>
        </w:tc>
        <w:tc>
          <w:tcPr>
            <w:tcW w:type="dxa" w:w="3050"/>
          </w:tcPr>
          <w:p>
            <w:r/>
            <w:hyperlink r:id="rId74">
              <w:r>
                <w:rPr>
                  <w:color w:val="806632"/>
                  <w:u w:val="single"/>
                </w:rPr>
                <w:t xml:space="preserve">https://zoom.us/my/vcphhc69</w:t>
              </w:r>
            </w:hyperlink>
          </w:p>
        </w:tc>
        <w:tc>
          <w:tcPr>
            <w:tcW w:type="dxa" w:w="3050"/>
          </w:tcPr>
          <w:p>
            <w:r>
              <w:t>269 928 4051</w:t>
            </w:r>
          </w:p>
        </w:tc>
        <w:tc>
          <w:tcPr>
            <w:tcW w:type="dxa" w:w="3050"/>
          </w:tcPr>
          <w:p>
            <w:r>
              <w:t>Not holding court (work distributed: CR : 12,26,48,53,55,58,61,66,67)</w:t>
            </w:r>
          </w:p>
        </w:tc>
      </w:tr>
    </w:tbl>
    <w:sectPr w:rsidR="00FC693F" w:rsidRPr="0006063C" w:rsidSect="00034616">
      <w:pgSz w:w="16838" w:h="11906" w:orient="landscape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zoom.us/my/vcphhc01" TargetMode="External"/><Relationship Id="rId10" Type="http://schemas.openxmlformats.org/officeDocument/2006/relationships/hyperlink" Target="https://zoom.us/my/vcphhc02" TargetMode="External"/><Relationship Id="rId11" Type="http://schemas.openxmlformats.org/officeDocument/2006/relationships/hyperlink" Target="https://zoom.us/my/vcphhc03" TargetMode="External"/><Relationship Id="rId12" Type="http://schemas.openxmlformats.org/officeDocument/2006/relationships/hyperlink" Target="https://zoom.us/my/vcphhc04" TargetMode="External"/><Relationship Id="rId13" Type="http://schemas.openxmlformats.org/officeDocument/2006/relationships/hyperlink" Target="https://zoom.us/j/4505360549" TargetMode="External"/><Relationship Id="rId14" Type="http://schemas.openxmlformats.org/officeDocument/2006/relationships/hyperlink" Target="https://zoom.us/my/vcphhc06" TargetMode="External"/><Relationship Id="rId15" Type="http://schemas.openxmlformats.org/officeDocument/2006/relationships/hyperlink" Target="https://zoom.us/my/vcphhc07" TargetMode="External"/><Relationship Id="rId16" Type="http://schemas.openxmlformats.org/officeDocument/2006/relationships/hyperlink" Target="https://zoom.us/my/vcphhc08" TargetMode="External"/><Relationship Id="rId17" Type="http://schemas.openxmlformats.org/officeDocument/2006/relationships/hyperlink" Target="https://zoom.us/my/vcphhc10" TargetMode="External"/><Relationship Id="rId18" Type="http://schemas.openxmlformats.org/officeDocument/2006/relationships/hyperlink" Target="https://zoom.us/my/vcphhc11" TargetMode="External"/><Relationship Id="rId19" Type="http://schemas.openxmlformats.org/officeDocument/2006/relationships/hyperlink" Target="https://zoom.us/my/vcphhc12" TargetMode="External"/><Relationship Id="rId20" Type="http://schemas.openxmlformats.org/officeDocument/2006/relationships/hyperlink" Target="https://zoom.us/my/vcphhc13" TargetMode="External"/><Relationship Id="rId21" Type="http://schemas.openxmlformats.org/officeDocument/2006/relationships/hyperlink" Target="https://zoom.us/my/vcphhc14" TargetMode="External"/><Relationship Id="rId22" Type="http://schemas.openxmlformats.org/officeDocument/2006/relationships/hyperlink" Target="https://zoom.us/my/vcphhc15" TargetMode="External"/><Relationship Id="rId23" Type="http://schemas.openxmlformats.org/officeDocument/2006/relationships/hyperlink" Target="https://zoom.us/my/vcphhc16" TargetMode="External"/><Relationship Id="rId24" Type="http://schemas.openxmlformats.org/officeDocument/2006/relationships/hyperlink" Target="https://zoom.us/my/vcphhc17" TargetMode="External"/><Relationship Id="rId25" Type="http://schemas.openxmlformats.org/officeDocument/2006/relationships/hyperlink" Target="https://zoom.us/my/vcphhc18" TargetMode="External"/><Relationship Id="rId26" Type="http://schemas.openxmlformats.org/officeDocument/2006/relationships/hyperlink" Target="https://zoom.us/my/vcphhc19" TargetMode="External"/><Relationship Id="rId27" Type="http://schemas.openxmlformats.org/officeDocument/2006/relationships/hyperlink" Target="https://zoom.us/my/vcphhc20" TargetMode="External"/><Relationship Id="rId28" Type="http://schemas.openxmlformats.org/officeDocument/2006/relationships/hyperlink" Target="https://zoom.us/my/vcphhc21" TargetMode="External"/><Relationship Id="rId29" Type="http://schemas.openxmlformats.org/officeDocument/2006/relationships/hyperlink" Target="https://zoom.us/my/vcphhc22" TargetMode="External"/><Relationship Id="rId30" Type="http://schemas.openxmlformats.org/officeDocument/2006/relationships/hyperlink" Target="https://zoom.us/my/vcphhc23" TargetMode="External"/><Relationship Id="rId31" Type="http://schemas.openxmlformats.org/officeDocument/2006/relationships/hyperlink" Target="https://zoom.us/my/vcphhc24" TargetMode="External"/><Relationship Id="rId32" Type="http://schemas.openxmlformats.org/officeDocument/2006/relationships/hyperlink" Target="https://zoom.us/my/vcphhc25" TargetMode="External"/><Relationship Id="rId33" Type="http://schemas.openxmlformats.org/officeDocument/2006/relationships/hyperlink" Target="https://zoom.us/my/vcphhc26" TargetMode="External"/><Relationship Id="rId34" Type="http://schemas.openxmlformats.org/officeDocument/2006/relationships/hyperlink" Target="https://zoom.us/my/vcphhc27" TargetMode="External"/><Relationship Id="rId35" Type="http://schemas.openxmlformats.org/officeDocument/2006/relationships/hyperlink" Target="https://zoom.us/my/vcphhc28" TargetMode="External"/><Relationship Id="rId36" Type="http://schemas.openxmlformats.org/officeDocument/2006/relationships/hyperlink" Target="https://zoom.us/my/vcphhc29" TargetMode="External"/><Relationship Id="rId37" Type="http://schemas.openxmlformats.org/officeDocument/2006/relationships/hyperlink" Target="https://zoom.us/my/vcphhc30" TargetMode="External"/><Relationship Id="rId38" Type="http://schemas.openxmlformats.org/officeDocument/2006/relationships/hyperlink" Target="https://zoom.us/my/vcphhc31" TargetMode="External"/><Relationship Id="rId39" Type="http://schemas.openxmlformats.org/officeDocument/2006/relationships/hyperlink" Target="https://zoom.us/my/vcphhc32" TargetMode="External"/><Relationship Id="rId40" Type="http://schemas.openxmlformats.org/officeDocument/2006/relationships/hyperlink" Target="https://zoom.us/my/vcphhc33" TargetMode="External"/><Relationship Id="rId41" Type="http://schemas.openxmlformats.org/officeDocument/2006/relationships/hyperlink" Target="https://zoom.us/my/vcphhc34" TargetMode="External"/><Relationship Id="rId42" Type="http://schemas.openxmlformats.org/officeDocument/2006/relationships/hyperlink" Target="https://zoom.us/j/8343774037" TargetMode="External"/><Relationship Id="rId43" Type="http://schemas.openxmlformats.org/officeDocument/2006/relationships/hyperlink" Target="https://zoom.us/my/vcphhc36" TargetMode="External"/><Relationship Id="rId44" Type="http://schemas.openxmlformats.org/officeDocument/2006/relationships/hyperlink" Target="https://zoom.us/j/2641755733" TargetMode="External"/><Relationship Id="rId45" Type="http://schemas.openxmlformats.org/officeDocument/2006/relationships/hyperlink" Target="https://zoom.us/my/vcphhc38" TargetMode="External"/><Relationship Id="rId46" Type="http://schemas.openxmlformats.org/officeDocument/2006/relationships/hyperlink" Target="https://zoom.us/my/vcphhc40" TargetMode="External"/><Relationship Id="rId47" Type="http://schemas.openxmlformats.org/officeDocument/2006/relationships/hyperlink" Target="https://zoom.us/my/vcphhc41" TargetMode="External"/><Relationship Id="rId48" Type="http://schemas.openxmlformats.org/officeDocument/2006/relationships/hyperlink" Target="https://zoom.us/my/vcphhc42" TargetMode="External"/><Relationship Id="rId49" Type="http://schemas.openxmlformats.org/officeDocument/2006/relationships/hyperlink" Target="https://zoom.us/my/vcphhc43" TargetMode="External"/><Relationship Id="rId50" Type="http://schemas.openxmlformats.org/officeDocument/2006/relationships/hyperlink" Target="https://zoom.us/my/vcphhc44" TargetMode="External"/><Relationship Id="rId51" Type="http://schemas.openxmlformats.org/officeDocument/2006/relationships/hyperlink" Target="https://zoom.us/my/vcphhc45" TargetMode="External"/><Relationship Id="rId52" Type="http://schemas.openxmlformats.org/officeDocument/2006/relationships/hyperlink" Target="https://zoom.us/j/8804525346" TargetMode="External"/><Relationship Id="rId53" Type="http://schemas.openxmlformats.org/officeDocument/2006/relationships/hyperlink" Target="https://zoom.us/my/vcphhc47" TargetMode="External"/><Relationship Id="rId54" Type="http://schemas.openxmlformats.org/officeDocument/2006/relationships/hyperlink" Target="https://zoom.us/my/vcphhc48" TargetMode="External"/><Relationship Id="rId55" Type="http://schemas.openxmlformats.org/officeDocument/2006/relationships/hyperlink" Target="https://zoom.us/my/vcphhc49" TargetMode="External"/><Relationship Id="rId56" Type="http://schemas.openxmlformats.org/officeDocument/2006/relationships/hyperlink" Target="https://zoom.us/my/vcphhc50" TargetMode="External"/><Relationship Id="rId57" Type="http://schemas.openxmlformats.org/officeDocument/2006/relationships/hyperlink" Target="https://zoom.us/my/vcphhc51" TargetMode="External"/><Relationship Id="rId58" Type="http://schemas.openxmlformats.org/officeDocument/2006/relationships/hyperlink" Target="https://zoom.us/my/vcphhc52" TargetMode="External"/><Relationship Id="rId59" Type="http://schemas.openxmlformats.org/officeDocument/2006/relationships/hyperlink" Target="https://zoom.us/my/vcphhc53" TargetMode="External"/><Relationship Id="rId60" Type="http://schemas.openxmlformats.org/officeDocument/2006/relationships/hyperlink" Target="https://zoom.us/my/vcphhc54" TargetMode="External"/><Relationship Id="rId61" Type="http://schemas.openxmlformats.org/officeDocument/2006/relationships/hyperlink" Target="https://zoom.us/my/vcphhc55" TargetMode="External"/><Relationship Id="rId62" Type="http://schemas.openxmlformats.org/officeDocument/2006/relationships/hyperlink" Target="https://zoom.us/my/vcphhc56" TargetMode="External"/><Relationship Id="rId63" Type="http://schemas.openxmlformats.org/officeDocument/2006/relationships/hyperlink" Target="https://zoom.us/my/vcphhc57" TargetMode="External"/><Relationship Id="rId64" Type="http://schemas.openxmlformats.org/officeDocument/2006/relationships/hyperlink" Target="https://zoom.us/my/vcphhc58" TargetMode="External"/><Relationship Id="rId65" Type="http://schemas.openxmlformats.org/officeDocument/2006/relationships/hyperlink" Target="https://zoom.us/j/4898399729" TargetMode="External"/><Relationship Id="rId66" Type="http://schemas.openxmlformats.org/officeDocument/2006/relationships/hyperlink" Target="https://zoom.us/my/vcphhc61" TargetMode="External"/><Relationship Id="rId67" Type="http://schemas.openxmlformats.org/officeDocument/2006/relationships/hyperlink" Target="https://zoom.us/my/vcphhc62" TargetMode="External"/><Relationship Id="rId68" Type="http://schemas.openxmlformats.org/officeDocument/2006/relationships/hyperlink" Target="https://zoom.us/my/vcphhc63" TargetMode="External"/><Relationship Id="rId69" Type="http://schemas.openxmlformats.org/officeDocument/2006/relationships/hyperlink" Target="https://zoom.us/my/vcphhc64" TargetMode="External"/><Relationship Id="rId70" Type="http://schemas.openxmlformats.org/officeDocument/2006/relationships/hyperlink" Target="https://zoom.us/my/vcphhc65" TargetMode="External"/><Relationship Id="rId71" Type="http://schemas.openxmlformats.org/officeDocument/2006/relationships/hyperlink" Target="https://zoom.us/my/vcphhc66" TargetMode="External"/><Relationship Id="rId72" Type="http://schemas.openxmlformats.org/officeDocument/2006/relationships/hyperlink" Target="https://zoom.us/my/vcphhc67" TargetMode="External"/><Relationship Id="rId73" Type="http://schemas.openxmlformats.org/officeDocument/2006/relationships/hyperlink" Target="https://zoom.us/my/vcphhc68" TargetMode="External"/><Relationship Id="rId74" Type="http://schemas.openxmlformats.org/officeDocument/2006/relationships/hyperlink" Target="https://zoom.us/my/vcphhc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